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80"/>
      </w:pPr>
      <w:r>
        <w:rPr>
          <w:rFonts w:ascii="Aptos" w:hAnsi="Aptos"/>
          <w:b/>
          <w:color w:val="17365D"/>
          <w:sz w:val="20"/>
        </w:rPr>
        <w:t>LEAGUEFINDER.AU</w:t>
      </w:r>
    </w:p>
    <w:p>
      <w:pPr>
        <w:pStyle w:val="Title"/>
      </w:pPr>
      <w:r>
        <w:t>Commissioner Bylaws Builder</w:t>
      </w:r>
    </w:p>
    <w:p>
      <w:pPr>
        <w:spacing w:after="440"/>
      </w:pPr>
      <w:r>
        <w:rPr>
          <w:rFonts w:ascii="Aptos" w:hAnsi="Aptos"/>
          <w:b w:val="0"/>
          <w:color w:val="5B6573"/>
          <w:sz w:val="30"/>
        </w:rPr>
        <w:t>Guided questionnaire and neutral bylaws template</w:t>
      </w:r>
    </w:p>
    <w:p>
      <w:pPr>
        <w:spacing w:after="280"/>
      </w:pPr>
      <w:r>
        <w:rPr>
          <w:rFonts w:ascii="Aptos" w:hAnsi="Aptos"/>
          <w:b w:val="0"/>
          <w:color w:val="222222"/>
          <w:sz w:val="24"/>
        </w:rPr>
        <w:t>Create a complete set of fantasy league bylaws without copying, pasting, or accidentally leaving another league's details behind.</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2088"/>
        <w:gridCol w:w="7848"/>
      </w:tblGrid>
      <w:tr>
        <w:tc>
          <w:tcPr>
            <w:tcW w:type="dxa" w:w="4997"/>
            <w:tcMar>
              <w:top w:w="100" w:type="dxa"/>
              <w:start w:w="120" w:type="dxa"/>
              <w:bottom w:w="100" w:type="dxa"/>
              <w:end w:w="120" w:type="dxa"/>
            </w:tcMar>
            <w:vAlign w:val="center"/>
            <w:shd w:fill="DDEBF7"/>
          </w:tcPr>
          <w:p>
            <w:pPr>
              <w:spacing w:after="0"/>
            </w:pPr>
            <w:r>
              <w:rPr>
                <w:rFonts w:ascii="Aptos" w:hAnsi="Aptos"/>
                <w:b/>
                <w:sz w:val="19"/>
              </w:rPr>
              <w:t>League name</w:t>
            </w:r>
          </w:p>
        </w:tc>
        <w:tc>
          <w:tcPr>
            <w:tcW w:type="dxa" w:w="4997"/>
            <w:tcMar>
              <w:top w:w="100" w:type="dxa"/>
              <w:start w:w="120" w:type="dxa"/>
              <w:bottom w:w="100" w:type="dxa"/>
              <w:end w:w="120" w:type="dxa"/>
            </w:tcMar>
            <w:vAlign w:val="center"/>
          </w:tcPr>
          <w:p>
            <w:pPr>
              <w:spacing w:after="0"/>
            </w:pPr>
            <w:r>
              <w:rPr>
                <w:rFonts w:ascii="Aptos" w:hAnsi="Aptos"/>
                <w:sz w:val="19"/>
              </w:rPr>
              <w:t>[ENTER LEAGUE NAME]</w:t>
            </w:r>
          </w:p>
        </w:tc>
      </w:tr>
      <w:tr>
        <w:tc>
          <w:tcPr>
            <w:tcW w:type="dxa" w:w="4997"/>
            <w:tcMar>
              <w:top w:w="100" w:type="dxa"/>
              <w:start w:w="120" w:type="dxa"/>
              <w:bottom w:w="100" w:type="dxa"/>
              <w:end w:w="120" w:type="dxa"/>
            </w:tcMar>
            <w:vAlign w:val="center"/>
            <w:shd w:fill="DDEBF7"/>
          </w:tcPr>
          <w:p>
            <w:pPr>
              <w:spacing w:after="0"/>
            </w:pPr>
            <w:r>
              <w:rPr>
                <w:rFonts w:ascii="Aptos" w:hAnsi="Aptos"/>
                <w:b/>
                <w:sz w:val="19"/>
              </w:rPr>
              <w:t>Sport and format</w:t>
            </w:r>
          </w:p>
        </w:tc>
        <w:tc>
          <w:tcPr>
            <w:tcW w:type="dxa" w:w="4997"/>
            <w:tcMar>
              <w:top w:w="100" w:type="dxa"/>
              <w:start w:w="120" w:type="dxa"/>
              <w:bottom w:w="100" w:type="dxa"/>
              <w:end w:w="120" w:type="dxa"/>
            </w:tcMar>
            <w:vAlign w:val="center"/>
          </w:tcPr>
          <w:p>
            <w:pPr>
              <w:spacing w:after="0"/>
            </w:pPr>
            <w:r>
              <w:rPr>
                <w:rFonts w:ascii="Aptos" w:hAnsi="Aptos"/>
                <w:sz w:val="19"/>
              </w:rPr>
              <w:t>[E.G. NFL DYNASTY]</w:t>
            </w:r>
          </w:p>
        </w:tc>
      </w:tr>
      <w:tr>
        <w:tc>
          <w:tcPr>
            <w:tcW w:type="dxa" w:w="4997"/>
            <w:tcMar>
              <w:top w:w="100" w:type="dxa"/>
              <w:start w:w="120" w:type="dxa"/>
              <w:bottom w:w="100" w:type="dxa"/>
              <w:end w:w="120" w:type="dxa"/>
            </w:tcMar>
            <w:vAlign w:val="center"/>
            <w:shd w:fill="DDEBF7"/>
          </w:tcPr>
          <w:p>
            <w:pPr>
              <w:spacing w:after="0"/>
            </w:pPr>
            <w:r>
              <w:rPr>
                <w:rFonts w:ascii="Aptos" w:hAnsi="Aptos"/>
                <w:b/>
                <w:sz w:val="19"/>
              </w:rPr>
              <w:t>Commissioner</w:t>
            </w:r>
          </w:p>
        </w:tc>
        <w:tc>
          <w:tcPr>
            <w:tcW w:type="dxa" w:w="4997"/>
            <w:tcMar>
              <w:top w:w="100" w:type="dxa"/>
              <w:start w:w="120" w:type="dxa"/>
              <w:bottom w:w="100" w:type="dxa"/>
              <w:end w:w="120" w:type="dxa"/>
            </w:tcMar>
            <w:vAlign w:val="center"/>
          </w:tcPr>
          <w:p>
            <w:pPr>
              <w:spacing w:after="0"/>
            </w:pPr>
            <w:r>
              <w:rPr>
                <w:rFonts w:ascii="Aptos" w:hAnsi="Aptos"/>
                <w:sz w:val="19"/>
              </w:rPr>
              <w:t>[ENTER NAME OR ROLE]</w:t>
            </w:r>
          </w:p>
        </w:tc>
      </w:tr>
      <w:tr>
        <w:tc>
          <w:tcPr>
            <w:tcW w:type="dxa" w:w="4997"/>
            <w:tcMar>
              <w:top w:w="100" w:type="dxa"/>
              <w:start w:w="120" w:type="dxa"/>
              <w:bottom w:w="100" w:type="dxa"/>
              <w:end w:w="120" w:type="dxa"/>
            </w:tcMar>
            <w:vAlign w:val="center"/>
            <w:shd w:fill="DDEBF7"/>
          </w:tcPr>
          <w:p>
            <w:pPr>
              <w:spacing w:after="0"/>
            </w:pPr>
            <w:r>
              <w:rPr>
                <w:rFonts w:ascii="Aptos" w:hAnsi="Aptos"/>
                <w:b/>
                <w:sz w:val="19"/>
              </w:rPr>
              <w:t>Bylaws version</w:t>
            </w:r>
          </w:p>
        </w:tc>
        <w:tc>
          <w:tcPr>
            <w:tcW w:type="dxa" w:w="4997"/>
            <w:tcMar>
              <w:top w:w="100" w:type="dxa"/>
              <w:start w:w="120" w:type="dxa"/>
              <w:bottom w:w="100" w:type="dxa"/>
              <w:end w:w="120" w:type="dxa"/>
            </w:tcMar>
            <w:vAlign w:val="center"/>
          </w:tcPr>
          <w:p>
            <w:pPr>
              <w:spacing w:after="0"/>
            </w:pPr>
            <w:r>
              <w:rPr>
                <w:rFonts w:ascii="Aptos" w:hAnsi="Aptos"/>
                <w:sz w:val="19"/>
              </w:rPr>
              <w:t>[ENTER DATE OR SEASON]</w:t>
            </w:r>
          </w:p>
        </w:tc>
      </w:tr>
    </w:tbl>
    <w:p>
      <w:pPr>
        <w:spacing w:before="480" w:after="0"/>
      </w:pPr>
      <w:r>
        <w:rPr>
          <w:rFonts w:ascii="Aptos" w:hAnsi="Aptos"/>
          <w:b w:val="0"/>
          <w:color w:val="5B6573"/>
          <w:sz w:val="19"/>
        </w:rPr>
        <w:t>Prepared as a LeagueFinder.au commissioner tool</w:t>
      </w:r>
    </w:p>
    <w:p>
      <w:r>
        <w:br w:type="page"/>
      </w:r>
    </w:p>
    <w:p>
      <w:pPr>
        <w:pStyle w:val="Heading1"/>
        <w:keepNext/>
      </w:pPr>
      <w:r>
        <w:t>How to use this document</w:t>
      </w:r>
    </w:p>
    <w:p>
      <w:pPr>
        <w:spacing w:after="200"/>
      </w:pPr>
      <w:r>
        <w:t>Write your answers in the questionnaire below, then upload this entire completed document to your AI assistant. The assistant will use your answers and the neutral structure in Part Three to create a professional bylaws Word document for your league.</w:t>
      </w:r>
    </w:p>
    <w:p>
      <w:pPr>
        <w:pStyle w:val="ListBullet"/>
      </w:pPr>
      <w:r>
        <w:t>For the quickest setup, select Approve all recommendations and only change the answers that do not suit your league.</w:t>
      </w:r>
    </w:p>
    <w:p>
      <w:pPr>
        <w:pStyle w:val="ListBullet"/>
      </w:pPr>
      <w:r>
        <w:t>If you leave an important answer blank, the assistant should ask one short set of follow-up questions before drafting.</w:t>
      </w:r>
    </w:p>
    <w:p>
      <w:pPr>
        <w:pStyle w:val="ListBullet"/>
      </w:pPr>
      <w:r>
        <w:t>Upload any scoring screenshots or platform settings exports with this document if you want exact scoring rules included.</w:t>
      </w:r>
    </w:p>
    <w:p>
      <w:pPr>
        <w:pStyle w:val="ListBullet"/>
      </w:pPr>
      <w:r>
        <w:t>Review the finished bylaws before distributing them. Platform settings and the written rules should match.</w:t>
      </w:r>
    </w:p>
    <w:p>
      <w:pPr>
        <w:pStyle w:val="Heading2"/>
      </w:pPr>
      <w:r>
        <w:t>Message to send with the upload</w:t>
      </w:r>
    </w:p>
    <w:p>
      <w:r>
        <w:rPr>
          <w:i/>
        </w:rPr>
        <w:t>Create my league bylaws using this completed LeagueFinder.au Commissioner Bylaws Builder. Follow the production instructions in Part Two. Return the finished bylaws as a professional Word document and list any conflicts or unresolved items separately.</w:t>
      </w:r>
    </w:p>
    <w:p>
      <w:pPr>
        <w:pStyle w:val="Heading2"/>
      </w:pPr>
      <w:r>
        <w:t>Fast approval</w:t>
      </w:r>
    </w:p>
    <w:p>
      <w:r>
        <w:t>[ ] Approve all recommended answers unless I have written a different answer below.</w:t>
      </w:r>
    </w:p>
    <w:p>
      <w:r>
        <w:t>[ ] Do not use blanket approval. Use only the answers I have completed.</w:t>
      </w:r>
    </w:p>
    <w:p>
      <w:r>
        <w:t>Special instructions: __________________________________________________________________________</w:t>
      </w:r>
    </w:p>
    <w:p>
      <w:r>
        <w:t>______________________________________________________________________________________________</w:t>
      </w:r>
    </w:p>
    <w:p>
      <w:pPr>
        <w:pStyle w:val="Heading2"/>
      </w:pPr>
      <w:r>
        <w:t>Important scope</w:t>
      </w:r>
    </w:p>
    <w:p>
      <w:r>
        <w:t>The recommendations reflect a commissioner-led, active dynasty league model. They are starting points, not universal rules. Every monetary amount, legal requirement, tax issue, gambling restriction, privacy obligation, and platform rule must be checked for the league's location and circumstances.</w:t>
      </w:r>
    </w:p>
    <w:p>
      <w:r>
        <w:br w:type="page"/>
      </w:r>
    </w:p>
    <w:p>
      <w:pPr>
        <w:pStyle w:val="Title"/>
      </w:pPr>
      <w:r>
        <w:t>Part One League Questionnaire</w:t>
      </w:r>
    </w:p>
    <w:p>
      <w:r>
        <w:t>Complete as much as you can. A written answer overrides a ticked recommendation. If two answers conflict, the assistant must flag the conflict rather than guessing.</w:t>
      </w:r>
    </w:p>
    <w:p>
      <w:pPr>
        <w:pStyle w:val="Heading1"/>
        <w:keepNext/>
      </w:pPr>
      <w:r>
        <w:t>League identity</w:t>
      </w:r>
    </w:p>
    <w:p>
      <w:pPr>
        <w:spacing w:after="200"/>
      </w:pPr>
      <w:r>
        <w:t>These details identify the competition and establish the scope of the rules.</w:t>
      </w:r>
    </w:p>
    <w:p>
      <w:pPr>
        <w:pStyle w:val="Question"/>
        <w:keepNext/>
      </w:pPr>
      <w:r>
        <w:t>1. What is the league name?</w:t>
      </w:r>
    </w:p>
    <w:p>
      <w:pPr>
        <w:pStyle w:val="Recommendation"/>
        <w:keepNext/>
      </w:pPr>
      <w:r>
        <w:rPr>
          <w:b/>
        </w:rPr>
        <w:t xml:space="preserve">Recommended answer: </w:t>
      </w:r>
      <w:r>
        <w:t>No default. Enter the official league name.</w:t>
      </w:r>
    </w:p>
    <w:p>
      <w:pPr>
        <w:pStyle w:val="AnswerLine"/>
      </w:pPr>
      <w:r>
        <w:rPr>
          <w:b/>
        </w:rPr>
        <w:t xml:space="preserve">Your answer: </w:t>
      </w:r>
      <w:r>
        <w:t>[ ] Approve recommendation     [ ] Use this answer: __________________________________________</w:t>
      </w:r>
    </w:p>
    <w:p>
      <w:pPr>
        <w:pStyle w:val="Question"/>
        <w:keepNext/>
      </w:pPr>
      <w:r>
        <w:t>2. What sport, competition and format does the league use?</w:t>
      </w:r>
    </w:p>
    <w:p>
      <w:pPr>
        <w:pStyle w:val="OptionLine"/>
        <w:keepNext/>
      </w:pPr>
      <w:r>
        <w:rPr>
          <w:b/>
        </w:rPr>
        <w:t xml:space="preserve">Options: </w:t>
      </w:r>
      <w:r>
        <w:t>A. NFL dynasty   B. NFL redraft or keeper   C. Other</w:t>
      </w:r>
    </w:p>
    <w:p>
      <w:pPr>
        <w:pStyle w:val="Recommendation"/>
        <w:keepNext/>
      </w:pPr>
      <w:r>
        <w:rPr>
          <w:b/>
        </w:rPr>
        <w:t xml:space="preserve">Recommended answer: </w:t>
      </w:r>
      <w:r>
        <w:t>NFL dynasty fantasy football.</w:t>
      </w:r>
    </w:p>
    <w:p>
      <w:pPr>
        <w:pStyle w:val="AnswerLine"/>
      </w:pPr>
      <w:r>
        <w:rPr>
          <w:b/>
        </w:rPr>
        <w:t xml:space="preserve">Your answer: </w:t>
      </w:r>
      <w:r>
        <w:t>[ ] Approve recommendation     [ ] Use this answer: __________________________________________</w:t>
      </w:r>
    </w:p>
    <w:p>
      <w:pPr>
        <w:pStyle w:val="Question"/>
        <w:keepNext/>
      </w:pPr>
      <w:r>
        <w:t>3. Which platform hosts the league?</w:t>
      </w:r>
    </w:p>
    <w:p>
      <w:pPr>
        <w:pStyle w:val="OptionLine"/>
        <w:keepNext/>
      </w:pPr>
      <w:r>
        <w:rPr>
          <w:b/>
        </w:rPr>
        <w:t xml:space="preserve">Options: </w:t>
      </w:r>
      <w:r>
        <w:t>A. Sleeper   B. ESPN   C. Yahoo   D. Other</w:t>
      </w:r>
    </w:p>
    <w:p>
      <w:pPr>
        <w:pStyle w:val="Recommendation"/>
        <w:keepNext/>
      </w:pPr>
      <w:r>
        <w:rPr>
          <w:b/>
        </w:rPr>
        <w:t xml:space="preserve">Recommended answer: </w:t>
      </w:r>
      <w:r>
        <w:t>Sleeper.</w:t>
      </w:r>
    </w:p>
    <w:p>
      <w:pPr>
        <w:pStyle w:val="AnswerLine"/>
      </w:pPr>
      <w:r>
        <w:rPr>
          <w:b/>
        </w:rPr>
        <w:t xml:space="preserve">Your answer: </w:t>
      </w:r>
      <w:r>
        <w:t>[ ] Approve recommendation     [ ] Use this answer: __________________________________________</w:t>
      </w:r>
    </w:p>
    <w:p>
      <w:pPr>
        <w:pStyle w:val="Question"/>
        <w:keepNext/>
      </w:pPr>
      <w:r>
        <w:t>4. Who is the Commissioner and what contact method should owners use?</w:t>
      </w:r>
    </w:p>
    <w:p>
      <w:pPr>
        <w:pStyle w:val="Recommendation"/>
        <w:keepNext/>
      </w:pPr>
      <w:r>
        <w:rPr>
          <w:b/>
        </w:rPr>
        <w:t xml:space="preserve">Recommended answer: </w:t>
      </w:r>
      <w:r>
        <w:t>Use the role Commissioner in the rules, with one private contact method listed in the acceptance section.</w:t>
      </w:r>
    </w:p>
    <w:p>
      <w:pPr>
        <w:pStyle w:val="AnswerLine"/>
      </w:pPr>
      <w:r>
        <w:rPr>
          <w:b/>
        </w:rPr>
        <w:t xml:space="preserve">Your answer: </w:t>
      </w:r>
      <w:r>
        <w:t>[ ] Approve recommendation     [ ] Use this answer: __________________________________________</w:t>
      </w:r>
    </w:p>
    <w:p>
      <w:pPr>
        <w:pStyle w:val="Question"/>
        <w:keepNext/>
      </w:pPr>
      <w:r>
        <w:t>5. When do these bylaws take effect and how should versions be labelled?</w:t>
      </w:r>
    </w:p>
    <w:p>
      <w:pPr>
        <w:pStyle w:val="Recommendation"/>
        <w:keepNext/>
      </w:pPr>
      <w:r>
        <w:rPr>
          <w:b/>
        </w:rPr>
        <w:t xml:space="preserve">Recommended answer: </w:t>
      </w:r>
      <w:r>
        <w:t>Effective from the next league season, with a version date on the title page and in the footer.</w:t>
      </w:r>
    </w:p>
    <w:p>
      <w:pPr>
        <w:pStyle w:val="AnswerLine"/>
      </w:pPr>
      <w:r>
        <w:rPr>
          <w:b/>
        </w:rPr>
        <w:t xml:space="preserve">Your answer: </w:t>
      </w:r>
      <w:r>
        <w:t>[ ] Approve recommendation     [ ] Use this answer: __________________________________________</w:t>
      </w:r>
    </w:p>
    <w:p>
      <w:pPr>
        <w:pStyle w:val="Heading1"/>
        <w:keepNext/>
      </w:pPr>
      <w:r>
        <w:t>League size and ownership</w:t>
      </w:r>
    </w:p>
    <w:p>
      <w:pPr>
        <w:spacing w:after="200"/>
      </w:pPr>
      <w:r>
        <w:t>Set the competition size and who may control a team.</w:t>
      </w:r>
    </w:p>
    <w:p>
      <w:pPr>
        <w:pStyle w:val="Question"/>
        <w:keepNext/>
      </w:pPr>
      <w:r>
        <w:t>6. How many teams are in the league?</w:t>
      </w:r>
    </w:p>
    <w:p>
      <w:pPr>
        <w:pStyle w:val="OptionLine"/>
        <w:keepNext/>
      </w:pPr>
      <w:r>
        <w:rPr>
          <w:b/>
        </w:rPr>
        <w:t xml:space="preserve">Options: </w:t>
      </w:r>
      <w:r>
        <w:t>A. 12 teams   B. 10 teams   C. Other</w:t>
      </w:r>
    </w:p>
    <w:p>
      <w:pPr>
        <w:pStyle w:val="Recommendation"/>
        <w:keepNext/>
      </w:pPr>
      <w:r>
        <w:rPr>
          <w:b/>
        </w:rPr>
        <w:t xml:space="preserve">Recommended answer: </w:t>
      </w:r>
      <w:r>
        <w:t>12 teams.</w:t>
      </w:r>
    </w:p>
    <w:p>
      <w:pPr>
        <w:pStyle w:val="AnswerLine"/>
      </w:pPr>
      <w:r>
        <w:rPr>
          <w:b/>
        </w:rPr>
        <w:t xml:space="preserve">Your answer: </w:t>
      </w:r>
      <w:r>
        <w:t>[ ] Approve recommendation     [ ] Use this answer: __________________________________________</w:t>
      </w:r>
    </w:p>
    <w:p>
      <w:pPr>
        <w:pStyle w:val="Question"/>
        <w:keepNext/>
      </w:pPr>
      <w:r>
        <w:t>7. Does the league use divisions?</w:t>
      </w:r>
    </w:p>
    <w:p>
      <w:pPr>
        <w:pStyle w:val="OptionLine"/>
        <w:keepNext/>
      </w:pPr>
      <w:r>
        <w:rPr>
          <w:b/>
        </w:rPr>
        <w:t xml:space="preserve">Options: </w:t>
      </w:r>
      <w:r>
        <w:t>A. Two rotating divisions   B. Fixed divisions   C. No divisions</w:t>
      </w:r>
    </w:p>
    <w:p>
      <w:pPr>
        <w:pStyle w:val="Recommendation"/>
        <w:keepNext/>
      </w:pPr>
      <w:r>
        <w:rPr>
          <w:b/>
        </w:rPr>
        <w:t xml:space="preserve">Recommended answer: </w:t>
      </w:r>
      <w:r>
        <w:t>Two divisions, reshuffled after each season.</w:t>
      </w:r>
    </w:p>
    <w:p>
      <w:pPr>
        <w:pStyle w:val="AnswerLine"/>
      </w:pPr>
      <w:r>
        <w:rPr>
          <w:b/>
        </w:rPr>
        <w:t xml:space="preserve">Your answer: </w:t>
      </w:r>
      <w:r>
        <w:t>[ ] Approve recommendation     [ ] Use this answer: __________________________________________</w:t>
      </w:r>
    </w:p>
    <w:p>
      <w:pPr>
        <w:pStyle w:val="Question"/>
        <w:keepNext/>
      </w:pPr>
      <w:r>
        <w:t>8. How many teams may one person own?</w:t>
      </w:r>
    </w:p>
    <w:p>
      <w:pPr>
        <w:pStyle w:val="OptionLine"/>
        <w:keepNext/>
      </w:pPr>
      <w:r>
        <w:rPr>
          <w:b/>
        </w:rPr>
        <w:t xml:space="preserve">Options: </w:t>
      </w:r>
      <w:r>
        <w:t>A. One   B. More than one with approval</w:t>
      </w:r>
    </w:p>
    <w:p>
      <w:pPr>
        <w:pStyle w:val="Recommendation"/>
        <w:keepNext/>
      </w:pPr>
      <w:r>
        <w:rPr>
          <w:b/>
        </w:rPr>
        <w:t xml:space="preserve">Recommended answer: </w:t>
      </w:r>
      <w:r>
        <w:t>One team per owner.</w:t>
      </w:r>
    </w:p>
    <w:p>
      <w:pPr>
        <w:pStyle w:val="AnswerLine"/>
      </w:pPr>
      <w:r>
        <w:rPr>
          <w:b/>
        </w:rPr>
        <w:t xml:space="preserve">Your answer: </w:t>
      </w:r>
      <w:r>
        <w:t>[ ] Approve recommendation     [ ] Use this answer: __________________________________________</w:t>
      </w:r>
    </w:p>
    <w:p>
      <w:pPr>
        <w:pStyle w:val="Question"/>
        <w:keepNext/>
      </w:pPr>
      <w:r>
        <w:t>9. Are co-owners allowed?</w:t>
      </w:r>
    </w:p>
    <w:p>
      <w:pPr>
        <w:pStyle w:val="OptionLine"/>
        <w:keepNext/>
      </w:pPr>
      <w:r>
        <w:rPr>
          <w:b/>
        </w:rPr>
        <w:t xml:space="preserve">Options: </w:t>
      </w:r>
      <w:r>
        <w:t>A. Allowed with approval   B. Not allowed</w:t>
      </w:r>
    </w:p>
    <w:p>
      <w:pPr>
        <w:pStyle w:val="Recommendation"/>
        <w:keepNext/>
      </w:pPr>
      <w:r>
        <w:rPr>
          <w:b/>
        </w:rPr>
        <w:t xml:space="preserve">Recommended answer: </w:t>
      </w:r>
      <w:r>
        <w:t>Yes, only with prior Commissioner approval. One nominated person remains responsible for fees, votes and deadlines.</w:t>
      </w:r>
    </w:p>
    <w:p>
      <w:pPr>
        <w:pStyle w:val="AnswerLine"/>
      </w:pPr>
      <w:r>
        <w:rPr>
          <w:b/>
        </w:rPr>
        <w:t xml:space="preserve">Your answer: </w:t>
      </w:r>
      <w:r>
        <w:t>[ ] Approve recommendation     [ ] Use this answer: __________________________________________</w:t>
      </w:r>
    </w:p>
    <w:p>
      <w:pPr>
        <w:pStyle w:val="Question"/>
        <w:keepNext/>
      </w:pPr>
      <w:r>
        <w:t>10. May an owner sell or transfer a team directly?</w:t>
      </w:r>
    </w:p>
    <w:p>
      <w:pPr>
        <w:pStyle w:val="OptionLine"/>
        <w:keepNext/>
      </w:pPr>
      <w:r>
        <w:rPr>
          <w:b/>
        </w:rPr>
        <w:t xml:space="preserve">Options: </w:t>
      </w:r>
      <w:r>
        <w:t>A. Commissioner approval required   B. Direct transfers allowed</w:t>
      </w:r>
    </w:p>
    <w:p>
      <w:pPr>
        <w:pStyle w:val="Recommendation"/>
        <w:keepNext/>
      </w:pPr>
      <w:r>
        <w:rPr>
          <w:b/>
        </w:rPr>
        <w:t xml:space="preserve">Recommended answer: </w:t>
      </w:r>
      <w:r>
        <w:t>No. A departing owner may propose a replacement, but the Commissioner vets and approves all ownership changes.</w:t>
      </w:r>
    </w:p>
    <w:p>
      <w:pPr>
        <w:pStyle w:val="AnswerLine"/>
      </w:pPr>
      <w:r>
        <w:rPr>
          <w:b/>
        </w:rPr>
        <w:t xml:space="preserve">Your answer: </w:t>
      </w:r>
      <w:r>
        <w:t>[ ] Approve recommendation     [ ] Use this answer: __________________________________________</w:t>
      </w:r>
    </w:p>
    <w:p>
      <w:pPr>
        <w:pStyle w:val="Heading1"/>
        <w:keepNext/>
      </w:pPr>
      <w:r>
        <w:t>Governance and decisions</w:t>
      </w:r>
    </w:p>
    <w:p>
      <w:pPr>
        <w:spacing w:after="200"/>
      </w:pPr>
      <w:r>
        <w:t>Choose how the league resolves disputes and changes rules.</w:t>
      </w:r>
    </w:p>
    <w:p>
      <w:pPr>
        <w:pStyle w:val="Question"/>
        <w:keepNext/>
      </w:pPr>
      <w:r>
        <w:t>11. Who has final authority to interpret and enforce the bylaws?</w:t>
      </w:r>
    </w:p>
    <w:p>
      <w:pPr>
        <w:pStyle w:val="OptionLine"/>
        <w:keepNext/>
      </w:pPr>
      <w:r>
        <w:rPr>
          <w:b/>
        </w:rPr>
        <w:t xml:space="preserve">Options: </w:t>
      </w:r>
      <w:r>
        <w:t>A. Commissioner   B. League vote   C. Committee</w:t>
      </w:r>
    </w:p>
    <w:p>
      <w:pPr>
        <w:pStyle w:val="Recommendation"/>
        <w:keepNext/>
      </w:pPr>
      <w:r>
        <w:rPr>
          <w:b/>
        </w:rPr>
        <w:t xml:space="preserve">Recommended answer: </w:t>
      </w:r>
      <w:r>
        <w:t>The Commissioner, acting in the best interests of the league and consistently with the written rules.</w:t>
      </w:r>
    </w:p>
    <w:p>
      <w:pPr>
        <w:pStyle w:val="AnswerLine"/>
      </w:pPr>
      <w:r>
        <w:rPr>
          <w:b/>
        </w:rPr>
        <w:t xml:space="preserve">Your answer: </w:t>
      </w:r>
      <w:r>
        <w:t>[ ] Approve recommendation     [ ] Use this answer: __________________________________________</w:t>
      </w:r>
    </w:p>
    <w:p>
      <w:pPr>
        <w:pStyle w:val="Question"/>
        <w:keepNext/>
      </w:pPr>
      <w:r>
        <w:t>12. How should ordinary rule changes be handled?</w:t>
      </w:r>
    </w:p>
    <w:p>
      <w:pPr>
        <w:pStyle w:val="Recommendation"/>
        <w:keepNext/>
      </w:pPr>
      <w:r>
        <w:rPr>
          <w:b/>
        </w:rPr>
        <w:t xml:space="preserve">Recommended answer: </w:t>
      </w:r>
      <w:r>
        <w:t>Owners may suggest changes after the season. The Commissioner may adopt a change or put it to a vote. A unanimous vote always passes; other vote results are advisory unless the bylaws say otherwise.</w:t>
      </w:r>
    </w:p>
    <w:p>
      <w:pPr>
        <w:pStyle w:val="AnswerLine"/>
      </w:pPr>
      <w:r>
        <w:rPr>
          <w:b/>
        </w:rPr>
        <w:t xml:space="preserve">Your answer: </w:t>
      </w:r>
      <w:r>
        <w:t>[ ] Approve recommendation     [ ] Use this answer: __________________________________________</w:t>
      </w:r>
    </w:p>
    <w:p>
      <w:pPr>
        <w:pStyle w:val="Question"/>
        <w:keepNext/>
      </w:pPr>
      <w:r>
        <w:t>13. How are tied votes decided?</w:t>
      </w:r>
    </w:p>
    <w:p>
      <w:pPr>
        <w:pStyle w:val="OptionLine"/>
        <w:keepNext/>
      </w:pPr>
      <w:r>
        <w:rPr>
          <w:b/>
        </w:rPr>
        <w:t xml:space="preserve">Options: </w:t>
      </w:r>
      <w:r>
        <w:t>A. Commissioner decides   B. Proposal fails   C. Random tiebreaker</w:t>
      </w:r>
    </w:p>
    <w:p>
      <w:pPr>
        <w:pStyle w:val="Recommendation"/>
        <w:keepNext/>
      </w:pPr>
      <w:r>
        <w:rPr>
          <w:b/>
        </w:rPr>
        <w:t xml:space="preserve">Recommended answer: </w:t>
      </w:r>
      <w:r>
        <w:t>The Commissioner's vote counts as the deciding vote.</w:t>
      </w:r>
    </w:p>
    <w:p>
      <w:pPr>
        <w:pStyle w:val="AnswerLine"/>
      </w:pPr>
      <w:r>
        <w:rPr>
          <w:b/>
        </w:rPr>
        <w:t xml:space="preserve">Your answer: </w:t>
      </w:r>
      <w:r>
        <w:t>[ ] Approve recommendation     [ ] Use this answer: __________________________________________</w:t>
      </w:r>
    </w:p>
    <w:p>
      <w:pPr>
        <w:pStyle w:val="Question"/>
        <w:keepNext/>
      </w:pPr>
      <w:r>
        <w:t>14. How can the Commissioner be replaced?</w:t>
      </w:r>
    </w:p>
    <w:p>
      <w:pPr>
        <w:pStyle w:val="Recommendation"/>
        <w:keepNext/>
      </w:pPr>
      <w:r>
        <w:rPr>
          <w:b/>
        </w:rPr>
        <w:t xml:space="preserve">Recommended answer: </w:t>
      </w:r>
      <w:r>
        <w:t>Once per year, by at least 75 percent approval in a two-candidate vote between the current Commissioner and a named replacement.</w:t>
      </w:r>
    </w:p>
    <w:p>
      <w:pPr>
        <w:pStyle w:val="AnswerLine"/>
      </w:pPr>
      <w:r>
        <w:rPr>
          <w:b/>
        </w:rPr>
        <w:t xml:space="preserve">Your answer: </w:t>
      </w:r>
      <w:r>
        <w:t>[ ] Approve recommendation     [ ] Use this answer: __________________________________________</w:t>
      </w:r>
    </w:p>
    <w:p>
      <w:pPr>
        <w:pStyle w:val="Question"/>
        <w:keepNext/>
      </w:pPr>
      <w:r>
        <w:t>15. What happens when the bylaws do not cover a situation?</w:t>
      </w:r>
    </w:p>
    <w:p>
      <w:pPr>
        <w:pStyle w:val="Recommendation"/>
        <w:keepNext/>
      </w:pPr>
      <w:r>
        <w:rPr>
          <w:b/>
        </w:rPr>
        <w:t xml:space="preserve">Recommended answer: </w:t>
      </w:r>
      <w:r>
        <w:t>The Commissioner may make a proportionate ruling in the league's best interests, consult owners, and record any lasting rule as an amendment.</w:t>
      </w:r>
    </w:p>
    <w:p>
      <w:pPr>
        <w:pStyle w:val="AnswerLine"/>
      </w:pPr>
      <w:r>
        <w:rPr>
          <w:b/>
        </w:rPr>
        <w:t xml:space="preserve">Your answer: </w:t>
      </w:r>
      <w:r>
        <w:t>[ ] Approve recommendation     [ ] Use this answer: __________________________________________</w:t>
      </w:r>
    </w:p>
    <w:p>
      <w:pPr>
        <w:pStyle w:val="Question"/>
        <w:keepNext/>
      </w:pPr>
      <w:r>
        <w:t>16. When the Commissioner has a direct conflict of interest, who decides?</w:t>
      </w:r>
    </w:p>
    <w:p>
      <w:pPr>
        <w:pStyle w:val="Recommendation"/>
        <w:keepNext/>
      </w:pPr>
      <w:r>
        <w:rPr>
          <w:b/>
        </w:rPr>
        <w:t xml:space="preserve">Recommended answer: </w:t>
      </w:r>
      <w:r>
        <w:t>Put the decision to a league vote, excluding the conflicted Commissioner where practical.</w:t>
      </w:r>
    </w:p>
    <w:p>
      <w:pPr>
        <w:pStyle w:val="AnswerLine"/>
      </w:pPr>
      <w:r>
        <w:rPr>
          <w:b/>
        </w:rPr>
        <w:t xml:space="preserve">Your answer: </w:t>
      </w:r>
      <w:r>
        <w:t>[ ] Approve recommendation     [ ] Use this answer: __________________________________________</w:t>
      </w:r>
    </w:p>
    <w:p>
      <w:pPr>
        <w:pStyle w:val="Heading1"/>
        <w:keepNext/>
      </w:pPr>
      <w:r>
        <w:t>Fees retainers and prize money</w:t>
      </w:r>
    </w:p>
    <w:p>
      <w:pPr>
        <w:spacing w:after="200"/>
      </w:pPr>
      <w:r>
        <w:t>Make payment timing, ownership bonds and payouts explicit. Confirm all figures before drafting.</w:t>
      </w:r>
    </w:p>
    <w:p>
      <w:pPr>
        <w:pStyle w:val="Question"/>
        <w:keepNext/>
      </w:pPr>
      <w:r>
        <w:t>17. What is the annual entry fee and currency?</w:t>
      </w:r>
    </w:p>
    <w:p>
      <w:pPr>
        <w:pStyle w:val="OptionLine"/>
        <w:keepNext/>
      </w:pPr>
      <w:r>
        <w:rPr>
          <w:b/>
        </w:rPr>
        <w:t xml:space="preserve">Options: </w:t>
      </w:r>
      <w:r>
        <w:t>A. AUD 60   B. Other amount</w:t>
      </w:r>
    </w:p>
    <w:p>
      <w:pPr>
        <w:pStyle w:val="Recommendation"/>
        <w:keepNext/>
      </w:pPr>
      <w:r>
        <w:rPr>
          <w:b/>
        </w:rPr>
        <w:t xml:space="preserve">Recommended answer: </w:t>
      </w:r>
      <w:r>
        <w:t>AUD 60 per season.</w:t>
      </w:r>
    </w:p>
    <w:p>
      <w:pPr>
        <w:pStyle w:val="AnswerLine"/>
      </w:pPr>
      <w:r>
        <w:rPr>
          <w:b/>
        </w:rPr>
        <w:t xml:space="preserve">Your answer: </w:t>
      </w:r>
      <w:r>
        <w:t>[ ] Approve recommendation     [ ] Use this answer: __________________________________________</w:t>
      </w:r>
    </w:p>
    <w:p>
      <w:pPr>
        <w:pStyle w:val="Question"/>
        <w:keepNext/>
      </w:pPr>
      <w:r>
        <w:t>18. What must a new owner pay on entry?</w:t>
      </w:r>
    </w:p>
    <w:p>
      <w:pPr>
        <w:pStyle w:val="OptionLine"/>
        <w:keepNext/>
      </w:pPr>
      <w:r>
        <w:rPr>
          <w:b/>
        </w:rPr>
        <w:t xml:space="preserve">Options: </w:t>
      </w:r>
      <w:r>
        <w:t>A. Two seasons upfront   B. One season only   C. Other</w:t>
      </w:r>
    </w:p>
    <w:p>
      <w:pPr>
        <w:pStyle w:val="Recommendation"/>
        <w:keepNext/>
      </w:pPr>
      <w:r>
        <w:rPr>
          <w:b/>
        </w:rPr>
        <w:t xml:space="preserve">Recommended answer: </w:t>
      </w:r>
      <w:r>
        <w:t>AUD 120, covering the first season and a one-season advance retainer.</w:t>
      </w:r>
    </w:p>
    <w:p>
      <w:pPr>
        <w:pStyle w:val="AnswerLine"/>
      </w:pPr>
      <w:r>
        <w:rPr>
          <w:b/>
        </w:rPr>
        <w:t xml:space="preserve">Your answer: </w:t>
      </w:r>
      <w:r>
        <w:t>[ ] Approve recommendation     [ ] Use this answer: __________________________________________</w:t>
      </w:r>
    </w:p>
    <w:p>
      <w:pPr>
        <w:pStyle w:val="Question"/>
        <w:keepNext/>
      </w:pPr>
      <w:r>
        <w:t>19. When are annual fees due?</w:t>
      </w:r>
    </w:p>
    <w:p>
      <w:pPr>
        <w:pStyle w:val="OptionLine"/>
        <w:keepNext/>
      </w:pPr>
      <w:r>
        <w:rPr>
          <w:b/>
        </w:rPr>
        <w:t xml:space="preserve">Options: </w:t>
      </w:r>
      <w:r>
        <w:t>A. January   B. Before the draft   C. Other date</w:t>
      </w:r>
    </w:p>
    <w:p>
      <w:pPr>
        <w:pStyle w:val="Recommendation"/>
        <w:keepNext/>
      </w:pPr>
      <w:r>
        <w:rPr>
          <w:b/>
        </w:rPr>
        <w:t xml:space="preserve">Recommended answer: </w:t>
      </w:r>
      <w:r>
        <w:t>January, one season in advance.</w:t>
      </w:r>
    </w:p>
    <w:p>
      <w:pPr>
        <w:pStyle w:val="AnswerLine"/>
      </w:pPr>
      <w:r>
        <w:rPr>
          <w:b/>
        </w:rPr>
        <w:t xml:space="preserve">Your answer: </w:t>
      </w:r>
      <w:r>
        <w:t>[ ] Approve recommendation     [ ] Use this answer: __________________________________________</w:t>
      </w:r>
    </w:p>
    <w:p>
      <w:pPr>
        <w:pStyle w:val="Question"/>
        <w:keepNext/>
      </w:pPr>
      <w:r>
        <w:t>20. Who collects, holds and distributes league funds?</w:t>
      </w:r>
    </w:p>
    <w:p>
      <w:pPr>
        <w:pStyle w:val="Recommendation"/>
        <w:keepNext/>
      </w:pPr>
      <w:r>
        <w:rPr>
          <w:b/>
        </w:rPr>
        <w:t xml:space="preserve">Recommended answer: </w:t>
      </w:r>
      <w:r>
        <w:t>The Commissioner, using an agreed payment method and a transparent payment record.</w:t>
      </w:r>
    </w:p>
    <w:p>
      <w:pPr>
        <w:pStyle w:val="AnswerLine"/>
      </w:pPr>
      <w:r>
        <w:rPr>
          <w:b/>
        </w:rPr>
        <w:t xml:space="preserve">Your answer: </w:t>
      </w:r>
      <w:r>
        <w:t>[ ] Approve recommendation     [ ] Use this answer: __________________________________________</w:t>
      </w:r>
    </w:p>
    <w:p>
      <w:pPr>
        <w:pStyle w:val="Question"/>
        <w:keepNext/>
      </w:pPr>
      <w:r>
        <w:t>21. What happens when payment is late?</w:t>
      </w:r>
    </w:p>
    <w:p>
      <w:pPr>
        <w:pStyle w:val="Recommendation"/>
        <w:keepNext/>
      </w:pPr>
      <w:r>
        <w:rPr>
          <w:b/>
        </w:rPr>
        <w:t xml:space="preserve">Recommended answer: </w:t>
      </w:r>
      <w:r>
        <w:t>The Commissioner may replace the owner after a clear missed deadline and notice. Amounts already paid are handled under the departure and retainer rules.</w:t>
      </w:r>
    </w:p>
    <w:p>
      <w:pPr>
        <w:pStyle w:val="AnswerLine"/>
      </w:pPr>
      <w:r>
        <w:rPr>
          <w:b/>
        </w:rPr>
        <w:t xml:space="preserve">Your answer: </w:t>
      </w:r>
      <w:r>
        <w:t>[ ] Approve recommendation     [ ] Use this answer: __________________________________________</w:t>
      </w:r>
    </w:p>
    <w:p>
      <w:pPr>
        <w:pStyle w:val="Question"/>
        <w:keepNext/>
      </w:pPr>
      <w:r>
        <w:t>22. How does the advance retainer work when an owner leaves?</w:t>
      </w:r>
    </w:p>
    <w:p>
      <w:pPr>
        <w:pStyle w:val="Recommendation"/>
        <w:keepNext/>
      </w:pPr>
      <w:r>
        <w:rPr>
          <w:b/>
        </w:rPr>
        <w:t xml:space="preserve">Recommended answer: </w:t>
      </w:r>
      <w:r>
        <w:t>Give notice in January and assist with an approved replacement. Return the retainer if a fully paying replacement joins by the stated deadline. Otherwise, hold or use it to attract a replacement, with a final deadline of 20 August.</w:t>
      </w:r>
    </w:p>
    <w:p>
      <w:pPr>
        <w:pStyle w:val="AnswerLine"/>
      </w:pPr>
      <w:r>
        <w:rPr>
          <w:b/>
        </w:rPr>
        <w:t xml:space="preserve">Your answer: </w:t>
      </w:r>
      <w:r>
        <w:t>[ ] Approve recommendation     [ ] Use this answer: __________________________________________</w:t>
      </w:r>
    </w:p>
    <w:p>
      <w:pPr>
        <w:pStyle w:val="Question"/>
        <w:keepNext/>
      </w:pPr>
      <w:r>
        <w:t>23. What happens to funds if the league closes?</w:t>
      </w:r>
    </w:p>
    <w:p>
      <w:pPr>
        <w:pStyle w:val="Recommendation"/>
        <w:keepNext/>
      </w:pPr>
      <w:r>
        <w:rPr>
          <w:b/>
        </w:rPr>
        <w:t xml:space="preserve">Recommended answer: </w:t>
      </w:r>
      <w:r>
        <w:t>Return available funds evenly to current owners. If repayment is genuinely impossible, donate the balance to an agreed charity and record the transaction.</w:t>
      </w:r>
    </w:p>
    <w:p>
      <w:pPr>
        <w:pStyle w:val="AnswerLine"/>
      </w:pPr>
      <w:r>
        <w:rPr>
          <w:b/>
        </w:rPr>
        <w:t xml:space="preserve">Your answer: </w:t>
      </w:r>
      <w:r>
        <w:t>[ ] Approve recommendation     [ ] Use this answer: __________________________________________</w:t>
      </w:r>
    </w:p>
    <w:p>
      <w:pPr>
        <w:pStyle w:val="Question"/>
        <w:keepNext/>
      </w:pPr>
      <w:r>
        <w:t>24. What is the season prize pool?</w:t>
      </w:r>
    </w:p>
    <w:p>
      <w:pPr>
        <w:pStyle w:val="Recommendation"/>
        <w:keepNext/>
      </w:pPr>
      <w:r>
        <w:rPr>
          <w:b/>
        </w:rPr>
        <w:t xml:space="preserve">Recommended answer: </w:t>
      </w:r>
      <w:r>
        <w:t>For 12 teams at AUD 60, AUD 720 less platform or payment fees. Recalculate if the team count or fee changes.</w:t>
      </w:r>
    </w:p>
    <w:p>
      <w:pPr>
        <w:pStyle w:val="AnswerLine"/>
      </w:pPr>
      <w:r>
        <w:rPr>
          <w:b/>
        </w:rPr>
        <w:t xml:space="preserve">Your answer: </w:t>
      </w:r>
      <w:r>
        <w:t>[ ] Approve recommendation     [ ] Use this answer: __________________________________________</w:t>
      </w:r>
    </w:p>
    <w:p>
      <w:pPr>
        <w:pStyle w:val="Question"/>
        <w:keepNext/>
      </w:pPr>
      <w:r>
        <w:t>25. How is the prize pool allocated?</w:t>
      </w:r>
    </w:p>
    <w:p>
      <w:pPr>
        <w:pStyle w:val="OptionLine"/>
        <w:keepNext/>
      </w:pPr>
      <w:r>
        <w:rPr>
          <w:b/>
        </w:rPr>
        <w:t xml:space="preserve">Options: </w:t>
      </w:r>
      <w:r>
        <w:t>A. Recommended split   B. Custom split</w:t>
      </w:r>
    </w:p>
    <w:p>
      <w:pPr>
        <w:pStyle w:val="Recommendation"/>
        <w:keepNext/>
      </w:pPr>
      <w:r>
        <w:rPr>
          <w:b/>
        </w:rPr>
        <w:t xml:space="preserve">Recommended answer: </w:t>
      </w:r>
      <w:r>
        <w:t>Use the ratio 15:5:2:2 for champion, runner-up and the two division winners. At AUD 720, this is AUD 450, AUD 150 and AUD 60 per division winner.</w:t>
      </w:r>
    </w:p>
    <w:p>
      <w:pPr>
        <w:pStyle w:val="AnswerLine"/>
      </w:pPr>
      <w:r>
        <w:rPr>
          <w:b/>
        </w:rPr>
        <w:t xml:space="preserve">Your answer: </w:t>
      </w:r>
      <w:r>
        <w:t>[ ] Approve recommendation     [ ] Use this answer: __________________________________________</w:t>
      </w:r>
    </w:p>
    <w:p>
      <w:pPr>
        <w:pStyle w:val="Question"/>
        <w:keepNext/>
      </w:pPr>
      <w:r>
        <w:t>26. When are winnings paid and are next-season dues deducted?</w:t>
      </w:r>
    </w:p>
    <w:p>
      <w:pPr>
        <w:pStyle w:val="Recommendation"/>
        <w:keepNext/>
      </w:pPr>
      <w:r>
        <w:rPr>
          <w:b/>
        </w:rPr>
        <w:t xml:space="preserve">Recommended answer: </w:t>
      </w:r>
      <w:r>
        <w:t>Pay by the end of January where practical. Deduct the winner's next-season fee first and deduct transaction fees from that owner's payout.</w:t>
      </w:r>
    </w:p>
    <w:p>
      <w:pPr>
        <w:pStyle w:val="AnswerLine"/>
      </w:pPr>
      <w:r>
        <w:rPr>
          <w:b/>
        </w:rPr>
        <w:t xml:space="preserve">Your answer: </w:t>
      </w:r>
      <w:r>
        <w:t>[ ] Approve recommendation     [ ] Use this answer: __________________________________________</w:t>
      </w:r>
    </w:p>
    <w:p>
      <w:pPr>
        <w:pStyle w:val="Heading1"/>
        <w:keepNext/>
      </w:pPr>
      <w:r>
        <w:t>Communication conduct and activity</w:t>
      </w:r>
    </w:p>
    <w:p>
      <w:pPr>
        <w:spacing w:after="200"/>
      </w:pPr>
      <w:r>
        <w:t>Set minimum participation standards without leaving enforcement vague.</w:t>
      </w:r>
    </w:p>
    <w:p>
      <w:pPr>
        <w:pStyle w:val="Question"/>
        <w:keepNext/>
      </w:pPr>
      <w:r>
        <w:t>27. What is the official league communication channel?</w:t>
      </w:r>
    </w:p>
    <w:p>
      <w:pPr>
        <w:pStyle w:val="OptionLine"/>
        <w:keepNext/>
      </w:pPr>
      <w:r>
        <w:rPr>
          <w:b/>
        </w:rPr>
        <w:t xml:space="preserve">Options: </w:t>
      </w:r>
      <w:r>
        <w:t>A. Messenger   B. Discord   C. Platform chat   D. Other</w:t>
      </w:r>
    </w:p>
    <w:p>
      <w:pPr>
        <w:pStyle w:val="Recommendation"/>
        <w:keepNext/>
      </w:pPr>
      <w:r>
        <w:rPr>
          <w:b/>
        </w:rPr>
        <w:t xml:space="preserve">Recommended answer: </w:t>
      </w:r>
      <w:r>
        <w:t>A whole-league group in Facebook Messenger, with important announcements posted there.</w:t>
      </w:r>
    </w:p>
    <w:p>
      <w:pPr>
        <w:pStyle w:val="AnswerLine"/>
      </w:pPr>
      <w:r>
        <w:rPr>
          <w:b/>
        </w:rPr>
        <w:t xml:space="preserve">Your answer: </w:t>
      </w:r>
      <w:r>
        <w:t>[ ] Approve recommendation     [ ] Use this answer: __________________________________________</w:t>
      </w:r>
    </w:p>
    <w:p>
      <w:pPr>
        <w:pStyle w:val="Question"/>
        <w:keepNext/>
      </w:pPr>
      <w:r>
        <w:t>28. What notifications and identity settings are required?</w:t>
      </w:r>
    </w:p>
    <w:p>
      <w:pPr>
        <w:pStyle w:val="Recommendation"/>
        <w:keepNext/>
      </w:pPr>
      <w:r>
        <w:rPr>
          <w:b/>
        </w:rPr>
        <w:t xml:space="preserve">Recommended answer: </w:t>
      </w:r>
      <w:r>
        <w:t>Keep trade and league notifications on. Use a chat nickname that clearly matches the team name.</w:t>
      </w:r>
    </w:p>
    <w:p>
      <w:pPr>
        <w:pStyle w:val="AnswerLine"/>
      </w:pPr>
      <w:r>
        <w:rPr>
          <w:b/>
        </w:rPr>
        <w:t xml:space="preserve">Your answer: </w:t>
      </w:r>
      <w:r>
        <w:t>[ ] Approve recommendation     [ ] Use this answer: __________________________________________</w:t>
      </w:r>
    </w:p>
    <w:p>
      <w:pPr>
        <w:pStyle w:val="Question"/>
        <w:keepNext/>
      </w:pPr>
      <w:r>
        <w:t>29. Must owners vote in league polls?</w:t>
      </w:r>
    </w:p>
    <w:p>
      <w:pPr>
        <w:pStyle w:val="OptionLine"/>
        <w:keepNext/>
      </w:pPr>
      <w:r>
        <w:rPr>
          <w:b/>
        </w:rPr>
        <w:t xml:space="preserve">Options: </w:t>
      </w:r>
      <w:r>
        <w:t>A. Required   B. Encouraged only</w:t>
      </w:r>
    </w:p>
    <w:p>
      <w:pPr>
        <w:pStyle w:val="Recommendation"/>
        <w:keepNext/>
      </w:pPr>
      <w:r>
        <w:rPr>
          <w:b/>
        </w:rPr>
        <w:t xml:space="preserve">Recommended answer: </w:t>
      </w:r>
      <w:r>
        <w:t>Yes. Owners must vote in required polls and participate in material league discussions.</w:t>
      </w:r>
    </w:p>
    <w:p>
      <w:pPr>
        <w:pStyle w:val="AnswerLine"/>
      </w:pPr>
      <w:r>
        <w:rPr>
          <w:b/>
        </w:rPr>
        <w:t xml:space="preserve">Your answer: </w:t>
      </w:r>
      <w:r>
        <w:t>[ ] Approve recommendation     [ ] Use this answer: __________________________________________</w:t>
      </w:r>
    </w:p>
    <w:p>
      <w:pPr>
        <w:pStyle w:val="Question"/>
        <w:keepNext/>
      </w:pPr>
      <w:r>
        <w:t>30. What conduct standard applies?</w:t>
      </w:r>
    </w:p>
    <w:p>
      <w:pPr>
        <w:pStyle w:val="Recommendation"/>
        <w:keepNext/>
      </w:pPr>
      <w:r>
        <w:rPr>
          <w:b/>
        </w:rPr>
        <w:t xml:space="preserve">Recommended answer: </w:t>
      </w:r>
      <w:r>
        <w:t>No abuse, discrimination, harassment, antagonising or personal attacks. Raise disputes privately with the Commissioner and remain civil in league channels.</w:t>
      </w:r>
    </w:p>
    <w:p>
      <w:pPr>
        <w:pStyle w:val="AnswerLine"/>
      </w:pPr>
      <w:r>
        <w:rPr>
          <w:b/>
        </w:rPr>
        <w:t xml:space="preserve">Your answer: </w:t>
      </w:r>
      <w:r>
        <w:t>[ ] Approve recommendation     [ ] Use this answer: __________________________________________</w:t>
      </w:r>
    </w:p>
    <w:p>
      <w:pPr>
        <w:pStyle w:val="Question"/>
        <w:keepNext/>
      </w:pPr>
      <w:r>
        <w:t>31. What counts as inactivity during the season?</w:t>
      </w:r>
    </w:p>
    <w:p>
      <w:pPr>
        <w:pStyle w:val="Recommendation"/>
        <w:keepNext/>
      </w:pPr>
      <w:r>
        <w:rPr>
          <w:b/>
        </w:rPr>
        <w:t xml:space="preserve">Recommended answer: </w:t>
      </w:r>
      <w:r>
        <w:t>Missing a lineup may trigger a warning, draft-pick penalty or replacement. No platform login for more than 10 days may trigger replacement; contact the owner after 7 days.</w:t>
      </w:r>
    </w:p>
    <w:p>
      <w:pPr>
        <w:pStyle w:val="AnswerLine"/>
      </w:pPr>
      <w:r>
        <w:rPr>
          <w:b/>
        </w:rPr>
        <w:t xml:space="preserve">Your answer: </w:t>
      </w:r>
      <w:r>
        <w:t>[ ] Approve recommendation     [ ] Use this answer: __________________________________________</w:t>
      </w:r>
    </w:p>
    <w:p>
      <w:pPr>
        <w:pStyle w:val="Question"/>
        <w:keepNext/>
      </w:pPr>
      <w:r>
        <w:t>32. What happens if a playoff team fails to set a lineup?</w:t>
      </w:r>
    </w:p>
    <w:p>
      <w:pPr>
        <w:pStyle w:val="Recommendation"/>
        <w:keepNext/>
      </w:pPr>
      <w:r>
        <w:rPr>
          <w:b/>
        </w:rPr>
        <w:t xml:space="preserve">Recommended answer: </w:t>
      </w:r>
      <w:r>
        <w:t>The Commissioner may replace the inactive team in the bracket with the highest eligible non-qualifier from the same division and remove the inactive team from prize eligibility.</w:t>
      </w:r>
    </w:p>
    <w:p>
      <w:pPr>
        <w:pStyle w:val="AnswerLine"/>
      </w:pPr>
      <w:r>
        <w:rPr>
          <w:b/>
        </w:rPr>
        <w:t xml:space="preserve">Your answer: </w:t>
      </w:r>
      <w:r>
        <w:t>[ ] Approve recommendation     [ ] Use this answer: __________________________________________</w:t>
      </w:r>
    </w:p>
    <w:p>
      <w:pPr>
        <w:pStyle w:val="Heading1"/>
        <w:keepNext/>
      </w:pPr>
      <w:r>
        <w:t>Competitive integrity and tanking</w:t>
      </w:r>
    </w:p>
    <w:p>
      <w:pPr>
        <w:spacing w:after="200"/>
      </w:pPr>
      <w:r>
        <w:t>Define the difference between rebuilding and abandoning a lineup.</w:t>
      </w:r>
    </w:p>
    <w:p>
      <w:pPr>
        <w:pStyle w:val="Question"/>
        <w:keepNext/>
      </w:pPr>
      <w:r>
        <w:t>33. Is tanking permitted?</w:t>
      </w:r>
    </w:p>
    <w:p>
      <w:pPr>
        <w:pStyle w:val="OptionLine"/>
        <w:keepNext/>
      </w:pPr>
      <w:r>
        <w:rPr>
          <w:b/>
        </w:rPr>
        <w:t xml:space="preserve">Options: </w:t>
      </w:r>
      <w:r>
        <w:t>A. Allowed with active lineups   B. Not allowed</w:t>
      </w:r>
    </w:p>
    <w:p>
      <w:pPr>
        <w:pStyle w:val="Recommendation"/>
        <w:keepNext/>
      </w:pPr>
      <w:r>
        <w:rPr>
          <w:b/>
        </w:rPr>
        <w:t xml:space="preserve">Recommended answer: </w:t>
      </w:r>
      <w:r>
        <w:t>Yes, provided every starting slot contains an active player reasonably expected to play. Deliberate empty or inactive starters may cost draft picks without a warning.</w:t>
      </w:r>
    </w:p>
    <w:p>
      <w:pPr>
        <w:pStyle w:val="AnswerLine"/>
      </w:pPr>
      <w:r>
        <w:rPr>
          <w:b/>
        </w:rPr>
        <w:t xml:space="preserve">Your answer: </w:t>
      </w:r>
      <w:r>
        <w:t>[ ] Approve recommendation     [ ] Use this answer: __________________________________________</w:t>
      </w:r>
    </w:p>
    <w:p>
      <w:pPr>
        <w:pStyle w:val="Question"/>
        <w:keepNext/>
      </w:pPr>
      <w:r>
        <w:t>34. How should repeated lineup failures be handled?</w:t>
      </w:r>
    </w:p>
    <w:p>
      <w:pPr>
        <w:pStyle w:val="Recommendation"/>
        <w:keepNext/>
      </w:pPr>
      <w:r>
        <w:rPr>
          <w:b/>
        </w:rPr>
        <w:t xml:space="preserve">Recommended answer: </w:t>
      </w:r>
      <w:r>
        <w:t>Escalating sanctions, including warnings, loss of draft picks and removal. Record the reason for each sanction.</w:t>
      </w:r>
    </w:p>
    <w:p>
      <w:pPr>
        <w:pStyle w:val="AnswerLine"/>
      </w:pPr>
      <w:r>
        <w:rPr>
          <w:b/>
        </w:rPr>
        <w:t xml:space="preserve">Your answer: </w:t>
      </w:r>
      <w:r>
        <w:t>[ ] Approve recommendation     [ ] Use this answer: __________________________________________</w:t>
      </w:r>
    </w:p>
    <w:p>
      <w:pPr>
        <w:pStyle w:val="Heading1"/>
        <w:keepNext/>
      </w:pPr>
      <w:r>
        <w:t>Roster construction</w:t>
      </w:r>
    </w:p>
    <w:p>
      <w:pPr>
        <w:spacing w:after="200"/>
      </w:pPr>
      <w:r>
        <w:t>Use exact totals so the platform setup and written rules agree.</w:t>
      </w:r>
    </w:p>
    <w:p>
      <w:pPr>
        <w:pStyle w:val="Question"/>
        <w:keepNext/>
      </w:pPr>
      <w:r>
        <w:t>35. How many active roster spots are available?</w:t>
      </w:r>
    </w:p>
    <w:p>
      <w:pPr>
        <w:pStyle w:val="Recommendation"/>
        <w:keepNext/>
      </w:pPr>
      <w:r>
        <w:rPr>
          <w:b/>
        </w:rPr>
        <w:t xml:space="preserve">Recommended answer: </w:t>
      </w:r>
      <w:r>
        <w:t>38 active spots: 13 starters and 25 bench spots.</w:t>
      </w:r>
    </w:p>
    <w:p>
      <w:pPr>
        <w:pStyle w:val="AnswerLine"/>
      </w:pPr>
      <w:r>
        <w:rPr>
          <w:b/>
        </w:rPr>
        <w:t xml:space="preserve">Your answer: </w:t>
      </w:r>
      <w:r>
        <w:t>[ ] Approve recommendation     [ ] Use this answer: __________________________________________</w:t>
      </w:r>
    </w:p>
    <w:p>
      <w:pPr>
        <w:pStyle w:val="Question"/>
        <w:keepNext/>
      </w:pPr>
      <w:r>
        <w:t>36. What is the recommended starting lineup?</w:t>
      </w:r>
    </w:p>
    <w:p>
      <w:pPr>
        <w:pStyle w:val="Recommendation"/>
        <w:keepNext/>
      </w:pPr>
      <w:r>
        <w:rPr>
          <w:b/>
        </w:rPr>
        <w:t xml:space="preserve">Recommended answer: </w:t>
      </w:r>
      <w:r>
        <w:t>1 QB, 1 RB, 1 WR, 1 TE, 1 Superflex, 4 offensive Flex, 1 LB, 1 DB, 1 DL and 1 IDP Flex. No kicker or team defence.</w:t>
      </w:r>
    </w:p>
    <w:p>
      <w:pPr>
        <w:pStyle w:val="AnswerLine"/>
      </w:pPr>
      <w:r>
        <w:rPr>
          <w:b/>
        </w:rPr>
        <w:t xml:space="preserve">Your answer: </w:t>
      </w:r>
      <w:r>
        <w:t>[ ] Approve recommendation     [ ] Use this answer: __________________________________________</w:t>
      </w:r>
    </w:p>
    <w:p>
      <w:pPr>
        <w:pStyle w:val="Question"/>
        <w:keepNext/>
      </w:pPr>
      <w:r>
        <w:t>37. How many injured reserve spots are available?</w:t>
      </w:r>
    </w:p>
    <w:p>
      <w:pPr>
        <w:pStyle w:val="OptionLine"/>
        <w:keepNext/>
      </w:pPr>
      <w:r>
        <w:rPr>
          <w:b/>
        </w:rPr>
        <w:t xml:space="preserve">Options: </w:t>
      </w:r>
      <w:r>
        <w:t>A. 8   B. 6   C. Other</w:t>
      </w:r>
    </w:p>
    <w:p>
      <w:pPr>
        <w:pStyle w:val="Recommendation"/>
        <w:keepNext/>
      </w:pPr>
      <w:r>
        <w:rPr>
          <w:b/>
        </w:rPr>
        <w:t xml:space="preserve">Recommended answer: </w:t>
      </w:r>
      <w:r>
        <w:t>8 IR spots.</w:t>
      </w:r>
    </w:p>
    <w:p>
      <w:pPr>
        <w:pStyle w:val="AnswerLine"/>
      </w:pPr>
      <w:r>
        <w:rPr>
          <w:b/>
        </w:rPr>
        <w:t xml:space="preserve">Your answer: </w:t>
      </w:r>
      <w:r>
        <w:t>[ ] Approve recommendation     [ ] Use this answer: __________________________________________</w:t>
      </w:r>
    </w:p>
    <w:p>
      <w:pPr>
        <w:pStyle w:val="Question"/>
        <w:keepNext/>
      </w:pPr>
      <w:r>
        <w:t>38. Who is eligible for injured reserve?</w:t>
      </w:r>
    </w:p>
    <w:p>
      <w:pPr>
        <w:pStyle w:val="Recommendation"/>
        <w:keepNext/>
      </w:pPr>
      <w:r>
        <w:rPr>
          <w:b/>
        </w:rPr>
        <w:t xml:space="preserve">Recommended answer: </w:t>
      </w:r>
      <w:r>
        <w:t>Players carrying a platform designation that the league has approved, such as IR, OUT, suspended or another listed inactive designation. Match the final wording to the platform's current labels.</w:t>
      </w:r>
    </w:p>
    <w:p>
      <w:pPr>
        <w:pStyle w:val="AnswerLine"/>
      </w:pPr>
      <w:r>
        <w:rPr>
          <w:b/>
        </w:rPr>
        <w:t xml:space="preserve">Your answer: </w:t>
      </w:r>
      <w:r>
        <w:t>[ ] Approve recommendation     [ ] Use this answer: __________________________________________</w:t>
      </w:r>
    </w:p>
    <w:p>
      <w:pPr>
        <w:pStyle w:val="Question"/>
        <w:keepNext/>
      </w:pPr>
      <w:r>
        <w:t>39. How many taxi squad spots are available and who is eligible?</w:t>
      </w:r>
    </w:p>
    <w:p>
      <w:pPr>
        <w:pStyle w:val="Recommendation"/>
        <w:keepNext/>
      </w:pPr>
      <w:r>
        <w:rPr>
          <w:b/>
        </w:rPr>
        <w:t xml:space="preserve">Recommended answer: </w:t>
      </w:r>
      <w:r>
        <w:t>8 taxi spots for rookies.</w:t>
      </w:r>
    </w:p>
    <w:p>
      <w:pPr>
        <w:pStyle w:val="AnswerLine"/>
      </w:pPr>
      <w:r>
        <w:rPr>
          <w:b/>
        </w:rPr>
        <w:t xml:space="preserve">Your answer: </w:t>
      </w:r>
      <w:r>
        <w:t>[ ] Approve recommendation     [ ] Use this answer: __________________________________________</w:t>
      </w:r>
    </w:p>
    <w:p>
      <w:pPr>
        <w:pStyle w:val="Question"/>
        <w:keepNext/>
      </w:pPr>
      <w:r>
        <w:t>40. May players move between the taxi squad and active roster?</w:t>
      </w:r>
    </w:p>
    <w:p>
      <w:pPr>
        <w:pStyle w:val="Recommendation"/>
        <w:keepNext/>
      </w:pPr>
      <w:r>
        <w:rPr>
          <w:b/>
        </w:rPr>
        <w:t xml:space="preserve">Recommended answer: </w:t>
      </w:r>
      <w:r>
        <w:t>Taxi players may be promoted, but once promoted they cannot return to taxi. A newly acquired eligible rookie or devy player may be placed on taxi.</w:t>
      </w:r>
    </w:p>
    <w:p>
      <w:pPr>
        <w:pStyle w:val="AnswerLine"/>
      </w:pPr>
      <w:r>
        <w:rPr>
          <w:b/>
        </w:rPr>
        <w:t xml:space="preserve">Your answer: </w:t>
      </w:r>
      <w:r>
        <w:t>[ ] Approve recommendation     [ ] Use this answer: __________________________________________</w:t>
      </w:r>
    </w:p>
    <w:p>
      <w:pPr>
        <w:pStyle w:val="Question"/>
        <w:keepNext/>
      </w:pPr>
      <w:r>
        <w:t>41. What happens after a draft when rosters temporarily exceed the limit?</w:t>
      </w:r>
    </w:p>
    <w:p>
      <w:pPr>
        <w:pStyle w:val="Recommendation"/>
        <w:keepNext/>
      </w:pPr>
      <w:r>
        <w:rPr>
          <w:b/>
        </w:rPr>
        <w:t xml:space="preserve">Recommended answer: </w:t>
      </w:r>
      <w:r>
        <w:t>Suspend roster limits for 72 hours after the draft, then require every team to become compliant.</w:t>
      </w:r>
    </w:p>
    <w:p>
      <w:pPr>
        <w:pStyle w:val="AnswerLine"/>
      </w:pPr>
      <w:r>
        <w:rPr>
          <w:b/>
        </w:rPr>
        <w:t xml:space="preserve">Your answer: </w:t>
      </w:r>
      <w:r>
        <w:t>[ ] Approve recommendation     [ ] Use this answer: __________________________________________</w:t>
      </w:r>
    </w:p>
    <w:p>
      <w:pPr>
        <w:pStyle w:val="Heading1"/>
        <w:keepNext/>
      </w:pPr>
      <w:r>
        <w:t>Scoring</w:t>
      </w:r>
    </w:p>
    <w:p>
      <w:pPr>
        <w:spacing w:after="200"/>
      </w:pPr>
      <w:r>
        <w:t>Scoring is best imported from the league platform. Written highlights should not contradict the full settings.</w:t>
      </w:r>
    </w:p>
    <w:p>
      <w:pPr>
        <w:pStyle w:val="Question"/>
        <w:keepNext/>
      </w:pPr>
      <w:r>
        <w:t>42. What are the key offensive scoring settings?</w:t>
      </w:r>
    </w:p>
    <w:p>
      <w:pPr>
        <w:pStyle w:val="Recommendation"/>
        <w:keepNext/>
      </w:pPr>
      <w:r>
        <w:rPr>
          <w:b/>
        </w:rPr>
        <w:t xml:space="preserve">Recommended answer: </w:t>
      </w:r>
      <w:r>
        <w:t>Six points per passing touchdown, minus two per interception, an additional minus two for a pick six, full PPR, 1.5 PPR for tight ends, and 0.25 points per first down.</w:t>
      </w:r>
    </w:p>
    <w:p>
      <w:pPr>
        <w:pStyle w:val="AnswerLine"/>
      </w:pPr>
      <w:r>
        <w:rPr>
          <w:b/>
        </w:rPr>
        <w:t xml:space="preserve">Your answer: </w:t>
      </w:r>
      <w:r>
        <w:t>[ ] Approve recommendation     [ ] Use this answer: __________________________________________</w:t>
      </w:r>
    </w:p>
    <w:p>
      <w:pPr>
        <w:pStyle w:val="Question"/>
        <w:keepNext/>
      </w:pPr>
      <w:r>
        <w:t>43. How should the complete scoring system appear in the bylaws?</w:t>
      </w:r>
    </w:p>
    <w:p>
      <w:pPr>
        <w:pStyle w:val="OptionLine"/>
        <w:keepNext/>
      </w:pPr>
      <w:r>
        <w:rPr>
          <w:b/>
        </w:rPr>
        <w:t xml:space="preserve">Options: </w:t>
      </w:r>
      <w:r>
        <w:t>A. Full scoring table   B. Link to platform settings only</w:t>
      </w:r>
    </w:p>
    <w:p>
      <w:pPr>
        <w:pStyle w:val="Recommendation"/>
        <w:keepNext/>
      </w:pPr>
      <w:r>
        <w:rPr>
          <w:b/>
        </w:rPr>
        <w:t xml:space="preserve">Recommended answer: </w:t>
      </w:r>
      <w:r>
        <w:t>Use a clean scoring table generated from the platform settings. If screenshots are supplied, transcribe every setting and verify the totals and signs.</w:t>
      </w:r>
    </w:p>
    <w:p>
      <w:pPr>
        <w:pStyle w:val="AnswerLine"/>
      </w:pPr>
      <w:r>
        <w:rPr>
          <w:b/>
        </w:rPr>
        <w:t xml:space="preserve">Your answer: </w:t>
      </w:r>
      <w:r>
        <w:t>[ ] Approve recommendation     [ ] Use this answer: __________________________________________</w:t>
      </w:r>
    </w:p>
    <w:p>
      <w:pPr>
        <w:pStyle w:val="Question"/>
        <w:keepNext/>
      </w:pPr>
      <w:r>
        <w:t>44. Does the league use individual defensive players?</w:t>
      </w:r>
    </w:p>
    <w:p>
      <w:pPr>
        <w:pStyle w:val="OptionLine"/>
        <w:keepNext/>
      </w:pPr>
      <w:r>
        <w:rPr>
          <w:b/>
        </w:rPr>
        <w:t xml:space="preserve">Options: </w:t>
      </w:r>
      <w:r>
        <w:t>A. Yes   B. No</w:t>
      </w:r>
    </w:p>
    <w:p>
      <w:pPr>
        <w:pStyle w:val="Recommendation"/>
        <w:keepNext/>
      </w:pPr>
      <w:r>
        <w:rPr>
          <w:b/>
        </w:rPr>
        <w:t xml:space="preserve">Recommended answer: </w:t>
      </w:r>
      <w:r>
        <w:t>Yes: LB, DB, DL and IDP Flex starting positions, with the full IDP scoring table included.</w:t>
      </w:r>
    </w:p>
    <w:p>
      <w:pPr>
        <w:pStyle w:val="AnswerLine"/>
      </w:pPr>
      <w:r>
        <w:rPr>
          <w:b/>
        </w:rPr>
        <w:t xml:space="preserve">Your answer: </w:t>
      </w:r>
      <w:r>
        <w:t>[ ] Approve recommendation     [ ] Use this answer: __________________________________________</w:t>
      </w:r>
    </w:p>
    <w:p>
      <w:pPr>
        <w:pStyle w:val="Heading1"/>
        <w:keepNext/>
      </w:pPr>
      <w:r>
        <w:t>Schedule and playoffs</w:t>
      </w:r>
    </w:p>
    <w:p>
      <w:pPr>
        <w:spacing w:after="200"/>
      </w:pPr>
      <w:r>
        <w:t>Confirm the regular season length, qualification method and every postseason seed.</w:t>
      </w:r>
    </w:p>
    <w:p>
      <w:pPr>
        <w:pStyle w:val="Question"/>
        <w:keepNext/>
      </w:pPr>
      <w:r>
        <w:t>45. How many regular-season weeks are played?</w:t>
      </w:r>
    </w:p>
    <w:p>
      <w:pPr>
        <w:pStyle w:val="OptionLine"/>
        <w:keepNext/>
      </w:pPr>
      <w:r>
        <w:rPr>
          <w:b/>
        </w:rPr>
        <w:t xml:space="preserve">Options: </w:t>
      </w:r>
      <w:r>
        <w:t>A. 14   B. Other</w:t>
      </w:r>
    </w:p>
    <w:p>
      <w:pPr>
        <w:pStyle w:val="Recommendation"/>
        <w:keepNext/>
      </w:pPr>
      <w:r>
        <w:rPr>
          <w:b/>
        </w:rPr>
        <w:t xml:space="preserve">Recommended answer: </w:t>
      </w:r>
      <w:r>
        <w:t>14 weeks.</w:t>
      </w:r>
    </w:p>
    <w:p>
      <w:pPr>
        <w:pStyle w:val="AnswerLine"/>
      </w:pPr>
      <w:r>
        <w:rPr>
          <w:b/>
        </w:rPr>
        <w:t xml:space="preserve">Your answer: </w:t>
      </w:r>
      <w:r>
        <w:t>[ ] Approve recommendation     [ ] Use this answer: __________________________________________</w:t>
      </w:r>
    </w:p>
    <w:p>
      <w:pPr>
        <w:pStyle w:val="Question"/>
        <w:keepNext/>
      </w:pPr>
      <w:r>
        <w:t>46. Does each team play an additional weekly matchup against the league median?</w:t>
      </w:r>
    </w:p>
    <w:p>
      <w:pPr>
        <w:pStyle w:val="OptionLine"/>
        <w:keepNext/>
      </w:pPr>
      <w:r>
        <w:rPr>
          <w:b/>
        </w:rPr>
        <w:t xml:space="preserve">Options: </w:t>
      </w:r>
      <w:r>
        <w:t>A. Yes   B. No</w:t>
      </w:r>
    </w:p>
    <w:p>
      <w:pPr>
        <w:pStyle w:val="Recommendation"/>
        <w:keepNext/>
      </w:pPr>
      <w:r>
        <w:rPr>
          <w:b/>
        </w:rPr>
        <w:t xml:space="preserve">Recommended answer: </w:t>
      </w:r>
      <w:r>
        <w:t>Yes.</w:t>
      </w:r>
    </w:p>
    <w:p>
      <w:pPr>
        <w:pStyle w:val="AnswerLine"/>
      </w:pPr>
      <w:r>
        <w:rPr>
          <w:b/>
        </w:rPr>
        <w:t xml:space="preserve">Your answer: </w:t>
      </w:r>
      <w:r>
        <w:t>[ ] Approve recommendation     [ ] Use this answer: __________________________________________</w:t>
      </w:r>
    </w:p>
    <w:p>
      <w:pPr>
        <w:pStyle w:val="Question"/>
        <w:keepNext/>
      </w:pPr>
      <w:r>
        <w:t>47. How is the head-to-head schedule created?</w:t>
      </w:r>
    </w:p>
    <w:p>
      <w:pPr>
        <w:pStyle w:val="Recommendation"/>
        <w:keepNext/>
      </w:pPr>
      <w:r>
        <w:rPr>
          <w:b/>
        </w:rPr>
        <w:t xml:space="preserve">Recommended answer: </w:t>
      </w:r>
      <w:r>
        <w:t>Randomly generated by the platform, subject to any division requirements.</w:t>
      </w:r>
    </w:p>
    <w:p>
      <w:pPr>
        <w:pStyle w:val="AnswerLine"/>
      </w:pPr>
      <w:r>
        <w:rPr>
          <w:b/>
        </w:rPr>
        <w:t xml:space="preserve">Your answer: </w:t>
      </w:r>
      <w:r>
        <w:t>[ ] Approve recommendation     [ ] Use this answer: __________________________________________</w:t>
      </w:r>
    </w:p>
    <w:p>
      <w:pPr>
        <w:pStyle w:val="Question"/>
        <w:keepNext/>
      </w:pPr>
      <w:r>
        <w:t>48. How many teams qualify for the championship playoffs?</w:t>
      </w:r>
    </w:p>
    <w:p>
      <w:pPr>
        <w:pStyle w:val="OptionLine"/>
        <w:keepNext/>
      </w:pPr>
      <w:r>
        <w:rPr>
          <w:b/>
        </w:rPr>
        <w:t xml:space="preserve">Options: </w:t>
      </w:r>
      <w:r>
        <w:t>A. 6   B. 8   C. Other</w:t>
      </w:r>
    </w:p>
    <w:p>
      <w:pPr>
        <w:pStyle w:val="Recommendation"/>
        <w:keepNext/>
      </w:pPr>
      <w:r>
        <w:rPr>
          <w:b/>
        </w:rPr>
        <w:t xml:space="preserve">Recommended answer: </w:t>
      </w:r>
      <w:r>
        <w:t>6 teams.</w:t>
      </w:r>
    </w:p>
    <w:p>
      <w:pPr>
        <w:pStyle w:val="AnswerLine"/>
      </w:pPr>
      <w:r>
        <w:rPr>
          <w:b/>
        </w:rPr>
        <w:t xml:space="preserve">Your answer: </w:t>
      </w:r>
      <w:r>
        <w:t>[ ] Approve recommendation     [ ] Use this answer: __________________________________________</w:t>
      </w:r>
    </w:p>
    <w:p>
      <w:pPr>
        <w:pStyle w:val="Question"/>
        <w:keepNext/>
      </w:pPr>
      <w:r>
        <w:t>49. How are playoff seeds awarded?</w:t>
      </w:r>
    </w:p>
    <w:p>
      <w:pPr>
        <w:pStyle w:val="Recommendation"/>
        <w:keepNext/>
      </w:pPr>
      <w:r>
        <w:rPr>
          <w:b/>
        </w:rPr>
        <w:t xml:space="preserve">Recommended answer: </w:t>
      </w:r>
      <w:r>
        <w:t>The two division winners receive the top seeds. The next two best teams from each division fill the remaining four seeds. State every tiebreaker in order.</w:t>
      </w:r>
    </w:p>
    <w:p>
      <w:pPr>
        <w:pStyle w:val="AnswerLine"/>
      </w:pPr>
      <w:r>
        <w:rPr>
          <w:b/>
        </w:rPr>
        <w:t xml:space="preserve">Your answer: </w:t>
      </w:r>
      <w:r>
        <w:t>[ ] Approve recommendation     [ ] Use this answer: __________________________________________</w:t>
      </w:r>
    </w:p>
    <w:p>
      <w:pPr>
        <w:pStyle w:val="Question"/>
        <w:keepNext/>
      </w:pPr>
      <w:r>
        <w:t>50. When are the championship playoffs played?</w:t>
      </w:r>
    </w:p>
    <w:p>
      <w:pPr>
        <w:pStyle w:val="Recommendation"/>
        <w:keepNext/>
      </w:pPr>
      <w:r>
        <w:rPr>
          <w:b/>
        </w:rPr>
        <w:t xml:space="preserve">Recommended answer: </w:t>
      </w:r>
      <w:r>
        <w:t>Weeks 15 to 17, with the championship in Week 17.</w:t>
      </w:r>
    </w:p>
    <w:p>
      <w:pPr>
        <w:pStyle w:val="AnswerLine"/>
      </w:pPr>
      <w:r>
        <w:rPr>
          <w:b/>
        </w:rPr>
        <w:t xml:space="preserve">Your answer: </w:t>
      </w:r>
      <w:r>
        <w:t>[ ] Approve recommendation     [ ] Use this answer: __________________________________________</w:t>
      </w:r>
    </w:p>
    <w:p>
      <w:pPr>
        <w:pStyle w:val="Question"/>
        <w:keepNext/>
      </w:pPr>
      <w:r>
        <w:t>51. What is the championship bracket format?</w:t>
      </w:r>
    </w:p>
    <w:p>
      <w:pPr>
        <w:pStyle w:val="Recommendation"/>
        <w:keepNext/>
      </w:pPr>
      <w:r>
        <w:rPr>
          <w:b/>
        </w:rPr>
        <w:t xml:space="preserve">Recommended answer: </w:t>
      </w:r>
      <w:r>
        <w:t>A division-based bracket: each division's second and third qualifiers play in Week 15, then the division winner enters in Week 16. The two division winners meet in the Week 17 championship.</w:t>
      </w:r>
    </w:p>
    <w:p>
      <w:pPr>
        <w:pStyle w:val="AnswerLine"/>
      </w:pPr>
      <w:r>
        <w:rPr>
          <w:b/>
        </w:rPr>
        <w:t xml:space="preserve">Your answer: </w:t>
      </w:r>
      <w:r>
        <w:t>[ ] Approve recommendation     [ ] Use this answer: __________________________________________</w:t>
      </w:r>
    </w:p>
    <w:p>
      <w:pPr>
        <w:pStyle w:val="Question"/>
        <w:keepNext/>
      </w:pPr>
      <w:r>
        <w:t>52. Is there a consolation competition?</w:t>
      </w:r>
    </w:p>
    <w:p>
      <w:pPr>
        <w:pStyle w:val="OptionLine"/>
        <w:keepNext/>
      </w:pPr>
      <w:r>
        <w:rPr>
          <w:b/>
        </w:rPr>
        <w:t xml:space="preserve">Options: </w:t>
      </w:r>
      <w:r>
        <w:t>A. Yes, prize pick 1.13   B. Yes, different prize   C. No</w:t>
      </w:r>
    </w:p>
    <w:p>
      <w:pPr>
        <w:pStyle w:val="Recommendation"/>
        <w:keepNext/>
      </w:pPr>
      <w:r>
        <w:rPr>
          <w:b/>
        </w:rPr>
        <w:t xml:space="preserve">Recommended answer: </w:t>
      </w:r>
      <w:r>
        <w:t>Yes. The six non-playoff teams play for rookie pick 1.13, beginning in Week 14.</w:t>
      </w:r>
    </w:p>
    <w:p>
      <w:pPr>
        <w:pStyle w:val="AnswerLine"/>
      </w:pPr>
      <w:r>
        <w:rPr>
          <w:b/>
        </w:rPr>
        <w:t xml:space="preserve">Your answer: </w:t>
      </w:r>
      <w:r>
        <w:t>[ ] Approve recommendation     [ ] Use this answer: __________________________________________</w:t>
      </w:r>
    </w:p>
    <w:p>
      <w:pPr>
        <w:pStyle w:val="Question"/>
        <w:keepNext/>
      </w:pPr>
      <w:r>
        <w:t>53. What are the standings and playoff tiebreakers?</w:t>
      </w:r>
    </w:p>
    <w:p>
      <w:pPr>
        <w:pStyle w:val="Recommendation"/>
        <w:keepNext/>
      </w:pPr>
      <w:r>
        <w:rPr>
          <w:b/>
        </w:rPr>
        <w:t xml:space="preserve">Recommended answer: </w:t>
      </w:r>
      <w:r>
        <w:t>No inherited default. Enter the platform's exact tiebreaker order so the written rules match the league settings.</w:t>
      </w:r>
    </w:p>
    <w:p>
      <w:pPr>
        <w:pStyle w:val="AnswerLine"/>
      </w:pPr>
      <w:r>
        <w:rPr>
          <w:b/>
        </w:rPr>
        <w:t xml:space="preserve">Your answer: </w:t>
      </w:r>
      <w:r>
        <w:t>[ ] Approve recommendation     [ ] Use this answer: __________________________________________</w:t>
      </w:r>
    </w:p>
    <w:p>
      <w:pPr>
        <w:pStyle w:val="Heading1"/>
        <w:keepNext/>
      </w:pPr>
      <w:r>
        <w:t>Trading</w:t>
      </w:r>
    </w:p>
    <w:p>
      <w:pPr>
        <w:spacing w:after="200"/>
      </w:pPr>
      <w:r>
        <w:t>A good trade policy protects autonomy while giving the league a clear response to collusion.</w:t>
      </w:r>
    </w:p>
    <w:p>
      <w:pPr>
        <w:pStyle w:val="Question"/>
        <w:keepNext/>
      </w:pPr>
      <w:r>
        <w:t>54. Are trades subject to a league veto or Commissioner review?</w:t>
      </w:r>
    </w:p>
    <w:p>
      <w:pPr>
        <w:pStyle w:val="OptionLine"/>
        <w:keepNext/>
      </w:pPr>
      <w:r>
        <w:rPr>
          <w:b/>
        </w:rPr>
        <w:t xml:space="preserve">Options: </w:t>
      </w:r>
      <w:r>
        <w:t>A. No veto, Commissioner review   B. League veto vote   C. Automatic processing only</w:t>
      </w:r>
    </w:p>
    <w:p>
      <w:pPr>
        <w:pStyle w:val="Recommendation"/>
        <w:keepNext/>
      </w:pPr>
      <w:r>
        <w:rPr>
          <w:b/>
        </w:rPr>
        <w:t xml:space="preserve">Recommended answer: </w:t>
      </w:r>
      <w:r>
        <w:t>No league veto. Trades process normally, with Commissioner review only for suspected collusion, prohibited external consideration or a severe integrity concern.</w:t>
      </w:r>
    </w:p>
    <w:p>
      <w:pPr>
        <w:pStyle w:val="AnswerLine"/>
      </w:pPr>
      <w:r>
        <w:rPr>
          <w:b/>
        </w:rPr>
        <w:t xml:space="preserve">Your answer: </w:t>
      </w:r>
      <w:r>
        <w:t>[ ] Approve recommendation     [ ] Use this answer: __________________________________________</w:t>
      </w:r>
    </w:p>
    <w:p>
      <w:pPr>
        <w:pStyle w:val="Question"/>
        <w:keepNext/>
      </w:pPr>
      <w:r>
        <w:t>55. May the Commissioner require a very unbalanced trade to be explained or reworked?</w:t>
      </w:r>
    </w:p>
    <w:p>
      <w:pPr>
        <w:pStyle w:val="Recommendation"/>
        <w:keepNext/>
      </w:pPr>
      <w:r>
        <w:rPr>
          <w:b/>
        </w:rPr>
        <w:t xml:space="preserve">Recommended answer: </w:t>
      </w:r>
      <w:r>
        <w:t>Yes, privately and only where the imbalance creates a serious integrity concern. A calculator may inform the review but does not decide it automatically.</w:t>
      </w:r>
    </w:p>
    <w:p>
      <w:pPr>
        <w:pStyle w:val="AnswerLine"/>
      </w:pPr>
      <w:r>
        <w:rPr>
          <w:b/>
        </w:rPr>
        <w:t xml:space="preserve">Your answer: </w:t>
      </w:r>
      <w:r>
        <w:t>[ ] Approve recommendation     [ ] Use this answer: __________________________________________</w:t>
      </w:r>
    </w:p>
    <w:p>
      <w:pPr>
        <w:pStyle w:val="Question"/>
        <w:keepNext/>
      </w:pPr>
      <w:r>
        <w:t>56. What happens after attempted collusion?</w:t>
      </w:r>
    </w:p>
    <w:p>
      <w:pPr>
        <w:pStyle w:val="Recommendation"/>
        <w:keepNext/>
      </w:pPr>
      <w:r>
        <w:rPr>
          <w:b/>
        </w:rPr>
        <w:t xml:space="preserve">Recommended answer: </w:t>
      </w:r>
      <w:r>
        <w:t>Reject the trade and warn all involved parties. A second attempted collusive trade may result in removal and forfeiture of amounts paid, subject to the written financial rules.</w:t>
      </w:r>
    </w:p>
    <w:p>
      <w:pPr>
        <w:pStyle w:val="AnswerLine"/>
      </w:pPr>
      <w:r>
        <w:rPr>
          <w:b/>
        </w:rPr>
        <w:t xml:space="preserve">Your answer: </w:t>
      </w:r>
      <w:r>
        <w:t>[ ] Approve recommendation     [ ] Use this answer: __________________________________________</w:t>
      </w:r>
    </w:p>
    <w:p>
      <w:pPr>
        <w:pStyle w:val="Question"/>
        <w:keepNext/>
      </w:pPr>
      <w:r>
        <w:t>57. When is a trade final?</w:t>
      </w:r>
    </w:p>
    <w:p>
      <w:pPr>
        <w:pStyle w:val="Recommendation"/>
        <w:keepNext/>
      </w:pPr>
      <w:r>
        <w:rPr>
          <w:b/>
        </w:rPr>
        <w:t xml:space="preserve">Recommended answer: </w:t>
      </w:r>
      <w:r>
        <w:t>When accepted on the league platform, or when every party clearly confirms the complete terms in the official league chat.</w:t>
      </w:r>
    </w:p>
    <w:p>
      <w:pPr>
        <w:pStyle w:val="AnswerLine"/>
      </w:pPr>
      <w:r>
        <w:rPr>
          <w:b/>
        </w:rPr>
        <w:t xml:space="preserve">Your answer: </w:t>
      </w:r>
      <w:r>
        <w:t>[ ] Approve recommendation     [ ] Use this answer: __________________________________________</w:t>
      </w:r>
    </w:p>
    <w:p>
      <w:pPr>
        <w:pStyle w:val="Question"/>
        <w:keepNext/>
      </w:pPr>
      <w:r>
        <w:t>58. When is the trade deadline and reopening date?</w:t>
      </w:r>
    </w:p>
    <w:p>
      <w:pPr>
        <w:pStyle w:val="Recommendation"/>
        <w:keepNext/>
      </w:pPr>
      <w:r>
        <w:rPr>
          <w:b/>
        </w:rPr>
        <w:t xml:space="preserve">Recommended answer: </w:t>
      </w:r>
      <w:r>
        <w:t>Trading closes at the end of Week 14 and reopens the day after the league championship.</w:t>
      </w:r>
    </w:p>
    <w:p>
      <w:pPr>
        <w:pStyle w:val="AnswerLine"/>
      </w:pPr>
      <w:r>
        <w:rPr>
          <w:b/>
        </w:rPr>
        <w:t xml:space="preserve">Your answer: </w:t>
      </w:r>
      <w:r>
        <w:t>[ ] Approve recommendation     [ ] Use this answer: __________________________________________</w:t>
      </w:r>
    </w:p>
    <w:p>
      <w:pPr>
        <w:pStyle w:val="Question"/>
        <w:keepNext/>
      </w:pPr>
      <w:r>
        <w:t>59. Which future draft picks may be traded?</w:t>
      </w:r>
    </w:p>
    <w:p>
      <w:pPr>
        <w:pStyle w:val="Recommendation"/>
        <w:keepNext/>
      </w:pPr>
      <w:r>
        <w:rPr>
          <w:b/>
        </w:rPr>
        <w:t xml:space="preserve">Recommended answer: </w:t>
      </w:r>
      <w:r>
        <w:t>Only picks from the current draft cycle and the following season. A future pick may be traded only after the relevant season has been paid in full.</w:t>
      </w:r>
    </w:p>
    <w:p>
      <w:pPr>
        <w:pStyle w:val="AnswerLine"/>
      </w:pPr>
      <w:r>
        <w:rPr>
          <w:b/>
        </w:rPr>
        <w:t xml:space="preserve">Your answer: </w:t>
      </w:r>
      <w:r>
        <w:t>[ ] Approve recommendation     [ ] Use this answer: __________________________________________</w:t>
      </w:r>
    </w:p>
    <w:p>
      <w:pPr>
        <w:pStyle w:val="Question"/>
        <w:keepNext/>
      </w:pPr>
      <w:r>
        <w:t>60. How quickly must owners respond to trade offers?</w:t>
      </w:r>
    </w:p>
    <w:p>
      <w:pPr>
        <w:pStyle w:val="Recommendation"/>
        <w:keepNext/>
      </w:pPr>
      <w:r>
        <w:rPr>
          <w:b/>
        </w:rPr>
        <w:t xml:space="preserve">Recommended answer: </w:t>
      </w:r>
      <w:r>
        <w:t>Within 10 days, by accepting, rejecting or acknowledging the offer.</w:t>
      </w:r>
    </w:p>
    <w:p>
      <w:pPr>
        <w:pStyle w:val="AnswerLine"/>
      </w:pPr>
      <w:r>
        <w:rPr>
          <w:b/>
        </w:rPr>
        <w:t xml:space="preserve">Your answer: </w:t>
      </w:r>
      <w:r>
        <w:t>[ ] Approve recommendation     [ ] Use this answer: __________________________________________</w:t>
      </w:r>
    </w:p>
    <w:p>
      <w:pPr>
        <w:pStyle w:val="Question"/>
        <w:keepNext/>
      </w:pPr>
      <w:r>
        <w:t>61. May owners exchange value across different leagues?</w:t>
      </w:r>
    </w:p>
    <w:p>
      <w:pPr>
        <w:pStyle w:val="Recommendation"/>
        <w:keepNext/>
      </w:pPr>
      <w:r>
        <w:rPr>
          <w:b/>
        </w:rPr>
        <w:t xml:space="preserve">Recommended answer: </w:t>
      </w:r>
      <w:r>
        <w:t>No. Every trade must be supported only by value exchanged within this league. Cross-league deals are treated as collusion.</w:t>
      </w:r>
    </w:p>
    <w:p>
      <w:pPr>
        <w:pStyle w:val="AnswerLine"/>
      </w:pPr>
      <w:r>
        <w:rPr>
          <w:b/>
        </w:rPr>
        <w:t xml:space="preserve">Your answer: </w:t>
      </w:r>
      <w:r>
        <w:t>[ ] Approve recommendation     [ ] Use this answer: __________________________________________</w:t>
      </w:r>
    </w:p>
    <w:p>
      <w:pPr>
        <w:pStyle w:val="Question"/>
        <w:keepNext/>
      </w:pPr>
      <w:r>
        <w:t>62. What assets may be traded inside the league?</w:t>
      </w:r>
    </w:p>
    <w:p>
      <w:pPr>
        <w:pStyle w:val="Recommendation"/>
        <w:keepNext/>
      </w:pPr>
      <w:r>
        <w:rPr>
          <w:b/>
        </w:rPr>
        <w:t xml:space="preserve">Recommended answer: </w:t>
      </w:r>
      <w:r>
        <w:t>Players, eligible draft picks, startup draft position and other league-controlled assets. Trading a division place is allowed only if the Commissioner can administer it fairly and records the change.</w:t>
      </w:r>
    </w:p>
    <w:p>
      <w:pPr>
        <w:pStyle w:val="AnswerLine"/>
      </w:pPr>
      <w:r>
        <w:rPr>
          <w:b/>
        </w:rPr>
        <w:t xml:space="preserve">Your answer: </w:t>
      </w:r>
      <w:r>
        <w:t>[ ] Approve recommendation     [ ] Use this answer: __________________________________________</w:t>
      </w:r>
    </w:p>
    <w:p>
      <w:pPr>
        <w:pStyle w:val="Heading1"/>
        <w:keepNext/>
      </w:pPr>
      <w:r>
        <w:t>Waivers and free agency</w:t>
      </w:r>
    </w:p>
    <w:p>
      <w:pPr>
        <w:spacing w:after="200"/>
      </w:pPr>
      <w:r>
        <w:t>Set the budget, processing schedule and access rules for every part of the year.</w:t>
      </w:r>
    </w:p>
    <w:p>
      <w:pPr>
        <w:pStyle w:val="Question"/>
        <w:keepNext/>
      </w:pPr>
      <w:r>
        <w:t>63. What waiver system applies?</w:t>
      </w:r>
    </w:p>
    <w:p>
      <w:pPr>
        <w:pStyle w:val="OptionLine"/>
        <w:keepNext/>
      </w:pPr>
      <w:r>
        <w:rPr>
          <w:b/>
        </w:rPr>
        <w:t xml:space="preserve">Options: </w:t>
      </w:r>
      <w:r>
        <w:t>A. FAAB   B. Rolling priority   C. Other</w:t>
      </w:r>
    </w:p>
    <w:p>
      <w:pPr>
        <w:pStyle w:val="Recommendation"/>
        <w:keepNext/>
      </w:pPr>
      <w:r>
        <w:rPr>
          <w:b/>
        </w:rPr>
        <w:t xml:space="preserve">Recommended answer: </w:t>
      </w:r>
      <w:r>
        <w:t>Free Agent Acquisition Budget, commonly called FAAB.</w:t>
      </w:r>
    </w:p>
    <w:p>
      <w:pPr>
        <w:pStyle w:val="AnswerLine"/>
      </w:pPr>
      <w:r>
        <w:rPr>
          <w:b/>
        </w:rPr>
        <w:t xml:space="preserve">Your answer: </w:t>
      </w:r>
      <w:r>
        <w:t>[ ] Approve recommendation     [ ] Use this answer: __________________________________________</w:t>
      </w:r>
    </w:p>
    <w:p>
      <w:pPr>
        <w:pStyle w:val="Question"/>
        <w:keepNext/>
      </w:pPr>
      <w:r>
        <w:t>64. What is the annual FAAB budget?</w:t>
      </w:r>
    </w:p>
    <w:p>
      <w:pPr>
        <w:pStyle w:val="Recommendation"/>
        <w:keepNext/>
      </w:pPr>
      <w:r>
        <w:rPr>
          <w:b/>
        </w:rPr>
        <w:t xml:space="preserve">Recommended answer: </w:t>
      </w:r>
      <w:r>
        <w:t>100 units per team, refreshed after the championship or at the nominated annual reset.</w:t>
      </w:r>
    </w:p>
    <w:p>
      <w:pPr>
        <w:pStyle w:val="AnswerLine"/>
      </w:pPr>
      <w:r>
        <w:rPr>
          <w:b/>
        </w:rPr>
        <w:t xml:space="preserve">Your answer: </w:t>
      </w:r>
      <w:r>
        <w:t>[ ] Approve recommendation     [ ] Use this answer: __________________________________________</w:t>
      </w:r>
    </w:p>
    <w:p>
      <w:pPr>
        <w:pStyle w:val="Question"/>
        <w:keepNext/>
      </w:pPr>
      <w:r>
        <w:t>65. How do waivers run during the active season?</w:t>
      </w:r>
    </w:p>
    <w:p>
      <w:pPr>
        <w:pStyle w:val="Recommendation"/>
        <w:keepNext/>
      </w:pPr>
      <w:r>
        <w:rPr>
          <w:b/>
        </w:rPr>
        <w:t xml:space="preserve">Recommended answer: </w:t>
      </w:r>
      <w:r>
        <w:t>Process weekly on Tuesday, then allow first come first served additions until each player's game begins.</w:t>
      </w:r>
    </w:p>
    <w:p>
      <w:pPr>
        <w:pStyle w:val="AnswerLine"/>
      </w:pPr>
      <w:r>
        <w:rPr>
          <w:b/>
        </w:rPr>
        <w:t xml:space="preserve">Your answer: </w:t>
      </w:r>
      <w:r>
        <w:t>[ ] Approve recommendation     [ ] Use this answer: __________________________________________</w:t>
      </w:r>
    </w:p>
    <w:p>
      <w:pPr>
        <w:pStyle w:val="Question"/>
        <w:keepNext/>
      </w:pPr>
      <w:r>
        <w:t>66. How do waivers run in the offseason?</w:t>
      </w:r>
    </w:p>
    <w:p>
      <w:pPr>
        <w:pStyle w:val="Recommendation"/>
        <w:keepNext/>
      </w:pPr>
      <w:r>
        <w:rPr>
          <w:b/>
        </w:rPr>
        <w:t xml:space="preserve">Recommended answer: </w:t>
      </w:r>
      <w:r>
        <w:t>Process daily at about 1 am, with no first come first served period. Lock waivers during league auctions or other announced events.</w:t>
      </w:r>
    </w:p>
    <w:p>
      <w:pPr>
        <w:pStyle w:val="AnswerLine"/>
      </w:pPr>
      <w:r>
        <w:rPr>
          <w:b/>
        </w:rPr>
        <w:t xml:space="preserve">Your answer: </w:t>
      </w:r>
      <w:r>
        <w:t>[ ] Approve recommendation     [ ] Use this answer: __________________________________________</w:t>
      </w:r>
    </w:p>
    <w:p>
      <w:pPr>
        <w:pStyle w:val="Question"/>
        <w:keepNext/>
      </w:pPr>
      <w:r>
        <w:t>67. May eliminated teams continue to use waivers?</w:t>
      </w:r>
    </w:p>
    <w:p>
      <w:pPr>
        <w:pStyle w:val="OptionLine"/>
        <w:keepNext/>
      </w:pPr>
      <w:r>
        <w:rPr>
          <w:b/>
        </w:rPr>
        <w:t xml:space="preserve">Options: </w:t>
      </w:r>
      <w:r>
        <w:t>A. Yes   B. No</w:t>
      </w:r>
    </w:p>
    <w:p>
      <w:pPr>
        <w:pStyle w:val="Recommendation"/>
        <w:keepNext/>
      </w:pPr>
      <w:r>
        <w:rPr>
          <w:b/>
        </w:rPr>
        <w:t xml:space="preserve">Recommended answer: </w:t>
      </w:r>
      <w:r>
        <w:t>Yes, even after elimination from every bracket.</w:t>
      </w:r>
    </w:p>
    <w:p>
      <w:pPr>
        <w:pStyle w:val="AnswerLine"/>
      </w:pPr>
      <w:r>
        <w:rPr>
          <w:b/>
        </w:rPr>
        <w:t xml:space="preserve">Your answer: </w:t>
      </w:r>
      <w:r>
        <w:t>[ ] Approve recommendation     [ ] Use this answer: __________________________________________</w:t>
      </w:r>
    </w:p>
    <w:p>
      <w:pPr>
        <w:pStyle w:val="Heading1"/>
        <w:keepNext/>
      </w:pPr>
      <w:r>
        <w:t>Drafts</w:t>
      </w:r>
    </w:p>
    <w:p>
      <w:pPr>
        <w:spacing w:after="200"/>
      </w:pPr>
      <w:r>
        <w:t>Describe each draft separately if the league uses startup, rookie, supplemental or auction drafts.</w:t>
      </w:r>
    </w:p>
    <w:p>
      <w:pPr>
        <w:pStyle w:val="Question"/>
        <w:keepNext/>
      </w:pPr>
      <w:r>
        <w:t>68. What draft types does the league use?</w:t>
      </w:r>
    </w:p>
    <w:p>
      <w:pPr>
        <w:pStyle w:val="Recommendation"/>
        <w:keepNext/>
      </w:pPr>
      <w:r>
        <w:rPr>
          <w:b/>
        </w:rPr>
        <w:t xml:space="preserve">Recommended answer: </w:t>
      </w:r>
      <w:r>
        <w:t>A startup draft when the league begins, followed by an annual rookie draft.</w:t>
      </w:r>
    </w:p>
    <w:p>
      <w:pPr>
        <w:pStyle w:val="AnswerLine"/>
      </w:pPr>
      <w:r>
        <w:rPr>
          <w:b/>
        </w:rPr>
        <w:t xml:space="preserve">Your answer: </w:t>
      </w:r>
      <w:r>
        <w:t>[ ] Approve recommendation     [ ] Use this answer: __________________________________________</w:t>
      </w:r>
    </w:p>
    <w:p>
      <w:pPr>
        <w:pStyle w:val="Question"/>
        <w:keepNext/>
      </w:pPr>
      <w:r>
        <w:t>69. What is the live or slow draft clock?</w:t>
      </w:r>
    </w:p>
    <w:p>
      <w:pPr>
        <w:pStyle w:val="Recommendation"/>
        <w:keepNext/>
      </w:pPr>
      <w:r>
        <w:rPr>
          <w:b/>
        </w:rPr>
        <w:t xml:space="preserve">Recommended answer: </w:t>
      </w:r>
      <w:r>
        <w:t>Two hours per pick, paused from 11 pm to 7 am in the league's nominated time zone. Owners should pick within 30 minutes of seeing that they are on the clock.</w:t>
      </w:r>
    </w:p>
    <w:p>
      <w:pPr>
        <w:pStyle w:val="AnswerLine"/>
      </w:pPr>
      <w:r>
        <w:rPr>
          <w:b/>
        </w:rPr>
        <w:t xml:space="preserve">Your answer: </w:t>
      </w:r>
      <w:r>
        <w:t>[ ] Approve recommendation     [ ] Use this answer: __________________________________________</w:t>
      </w:r>
    </w:p>
    <w:p>
      <w:pPr>
        <w:pStyle w:val="Question"/>
        <w:keepNext/>
      </w:pPr>
      <w:r>
        <w:t>70. How many rounds are in the rookie draft?</w:t>
      </w:r>
    </w:p>
    <w:p>
      <w:pPr>
        <w:pStyle w:val="OptionLine"/>
        <w:keepNext/>
      </w:pPr>
      <w:r>
        <w:rPr>
          <w:b/>
        </w:rPr>
        <w:t xml:space="preserve">Options: </w:t>
      </w:r>
      <w:r>
        <w:t>A. 7   B. 5   C. Other</w:t>
      </w:r>
    </w:p>
    <w:p>
      <w:pPr>
        <w:pStyle w:val="Recommendation"/>
        <w:keepNext/>
      </w:pPr>
      <w:r>
        <w:rPr>
          <w:b/>
        </w:rPr>
        <w:t xml:space="preserve">Recommended answer: </w:t>
      </w:r>
      <w:r>
        <w:t>7 rounds.</w:t>
      </w:r>
    </w:p>
    <w:p>
      <w:pPr>
        <w:pStyle w:val="AnswerLine"/>
      </w:pPr>
      <w:r>
        <w:rPr>
          <w:b/>
        </w:rPr>
        <w:t xml:space="preserve">Your answer: </w:t>
      </w:r>
      <w:r>
        <w:t>[ ] Approve recommendation     [ ] Use this answer: __________________________________________</w:t>
      </w:r>
    </w:p>
    <w:p>
      <w:pPr>
        <w:pStyle w:val="Question"/>
        <w:keepNext/>
      </w:pPr>
      <w:r>
        <w:t>71. How is rookie draft order determined?</w:t>
      </w:r>
    </w:p>
    <w:p>
      <w:pPr>
        <w:pStyle w:val="Recommendation"/>
        <w:keepNext/>
      </w:pPr>
      <w:r>
        <w:rPr>
          <w:b/>
        </w:rPr>
        <w:t xml:space="preserve">Recommended answer: </w:t>
      </w:r>
      <w:r>
        <w:t>No inherited default. State the exact order method for playoff teams, non-playoff teams and the consolation prize pick.</w:t>
      </w:r>
    </w:p>
    <w:p>
      <w:pPr>
        <w:pStyle w:val="AnswerLine"/>
      </w:pPr>
      <w:r>
        <w:rPr>
          <w:b/>
        </w:rPr>
        <w:t xml:space="preserve">Your answer: </w:t>
      </w:r>
      <w:r>
        <w:t>[ ] Approve recommendation     [ ] Use this answer: __________________________________________</w:t>
      </w:r>
    </w:p>
    <w:p>
      <w:pPr>
        <w:pStyle w:val="Question"/>
        <w:keepNext/>
      </w:pPr>
      <w:r>
        <w:t>72. What happens if an owner misses a draft pick?</w:t>
      </w:r>
    </w:p>
    <w:p>
      <w:pPr>
        <w:pStyle w:val="Recommendation"/>
        <w:keepNext/>
      </w:pPr>
      <w:r>
        <w:rPr>
          <w:b/>
        </w:rPr>
        <w:t xml:space="preserve">Recommended answer: </w:t>
      </w:r>
      <w:r>
        <w:t>No inherited default. Choose whether the clock auto-selects, the owner may pick later, or the Commissioner selects using a published method.</w:t>
      </w:r>
    </w:p>
    <w:p>
      <w:pPr>
        <w:pStyle w:val="AnswerLine"/>
      </w:pPr>
      <w:r>
        <w:rPr>
          <w:b/>
        </w:rPr>
        <w:t xml:space="preserve">Your answer: </w:t>
      </w:r>
      <w:r>
        <w:t>[ ] Approve recommendation     [ ] Use this answer: __________________________________________</w:t>
      </w:r>
    </w:p>
    <w:p>
      <w:pPr>
        <w:pStyle w:val="Heading1"/>
        <w:keepNext/>
      </w:pPr>
      <w:r>
        <w:t>Departures orphans and special cases</w:t>
      </w:r>
    </w:p>
    <w:p>
      <w:pPr>
        <w:spacing w:after="200"/>
      </w:pPr>
      <w:r>
        <w:t>Protect the league when an owner leaves or an unforeseen event occurs.</w:t>
      </w:r>
    </w:p>
    <w:p>
      <w:pPr>
        <w:pStyle w:val="Question"/>
        <w:keepNext/>
      </w:pPr>
      <w:r>
        <w:t>73. What responsibilities does a departing owner have?</w:t>
      </w:r>
    </w:p>
    <w:p>
      <w:pPr>
        <w:pStyle w:val="Recommendation"/>
        <w:keepNext/>
      </w:pPr>
      <w:r>
        <w:rPr>
          <w:b/>
        </w:rPr>
        <w:t xml:space="preserve">Recommended answer: </w:t>
      </w:r>
      <w:r>
        <w:t>Give early notice, help identify a replacement, keep the team competitive and do not make moves that reduce its value for a successor.</w:t>
      </w:r>
    </w:p>
    <w:p>
      <w:pPr>
        <w:pStyle w:val="AnswerLine"/>
      </w:pPr>
      <w:r>
        <w:rPr>
          <w:b/>
        </w:rPr>
        <w:t xml:space="preserve">Your answer: </w:t>
      </w:r>
      <w:r>
        <w:t>[ ] Approve recommendation     [ ] Use this answer: __________________________________________</w:t>
      </w:r>
    </w:p>
    <w:p>
      <w:pPr>
        <w:pStyle w:val="Question"/>
        <w:keepNext/>
      </w:pPr>
      <w:r>
        <w:t>74. What must an approved replacement owner pay?</w:t>
      </w:r>
    </w:p>
    <w:p>
      <w:pPr>
        <w:pStyle w:val="Recommendation"/>
        <w:keepNext/>
      </w:pPr>
      <w:r>
        <w:rPr>
          <w:b/>
        </w:rPr>
        <w:t xml:space="preserve">Recommended answer: </w:t>
      </w:r>
      <w:r>
        <w:t>The full standard entry amount, recommended as AUD 120. Any existing team credit is then returned to the former owner or transferred only as the bylaws expressly allow.</w:t>
      </w:r>
    </w:p>
    <w:p>
      <w:pPr>
        <w:pStyle w:val="AnswerLine"/>
      </w:pPr>
      <w:r>
        <w:rPr>
          <w:b/>
        </w:rPr>
        <w:t xml:space="preserve">Your answer: </w:t>
      </w:r>
      <w:r>
        <w:t>[ ] Approve recommendation     [ ] Use this answer: __________________________________________</w:t>
      </w:r>
    </w:p>
    <w:p>
      <w:pPr>
        <w:pStyle w:val="Question"/>
        <w:keepNext/>
      </w:pPr>
      <w:r>
        <w:t>75. May the Commissioner improve an orphan team's draft assets to attract a replacement?</w:t>
      </w:r>
    </w:p>
    <w:p>
      <w:pPr>
        <w:pStyle w:val="Recommendation"/>
        <w:keepNext/>
      </w:pPr>
      <w:r>
        <w:rPr>
          <w:b/>
        </w:rPr>
        <w:t xml:space="preserve">Recommended answer: </w:t>
      </w:r>
      <w:r>
        <w:t>Yes, only where necessary and proportionate, with the adjustment recorded for all owners.</w:t>
      </w:r>
    </w:p>
    <w:p>
      <w:pPr>
        <w:pStyle w:val="AnswerLine"/>
      </w:pPr>
      <w:r>
        <w:rPr>
          <w:b/>
        </w:rPr>
        <w:t xml:space="preserve">Your answer: </w:t>
      </w:r>
      <w:r>
        <w:t>[ ] Approve recommendation     [ ] Use this answer: __________________________________________</w:t>
      </w:r>
    </w:p>
    <w:p>
      <w:pPr>
        <w:pStyle w:val="Question"/>
        <w:keepNext/>
      </w:pPr>
      <w:r>
        <w:t>76. Are retirement compensatory picks automatic?</w:t>
      </w:r>
    </w:p>
    <w:p>
      <w:pPr>
        <w:pStyle w:val="OptionLine"/>
        <w:keepNext/>
      </w:pPr>
      <w:r>
        <w:rPr>
          <w:b/>
        </w:rPr>
        <w:t xml:space="preserve">Options: </w:t>
      </w:r>
      <w:r>
        <w:t>A. No automatic picks   B. Published compensation table</w:t>
      </w:r>
    </w:p>
    <w:p>
      <w:pPr>
        <w:pStyle w:val="Recommendation"/>
        <w:keepNext/>
      </w:pPr>
      <w:r>
        <w:rPr>
          <w:b/>
        </w:rPr>
        <w:t xml:space="preserve">Recommended answer: </w:t>
      </w:r>
      <w:r>
        <w:t>No fixed compensation for player retirement.</w:t>
      </w:r>
    </w:p>
    <w:p>
      <w:pPr>
        <w:pStyle w:val="AnswerLine"/>
      </w:pPr>
      <w:r>
        <w:rPr>
          <w:b/>
        </w:rPr>
        <w:t xml:space="preserve">Your answer: </w:t>
      </w:r>
      <w:r>
        <w:t>[ ] Approve recommendation     [ ] Use this answer: __________________________________________</w:t>
      </w:r>
    </w:p>
    <w:p>
      <w:pPr>
        <w:pStyle w:val="Question"/>
        <w:keepNext/>
      </w:pPr>
      <w:r>
        <w:t>77. May special compensatory picks be awarded?</w:t>
      </w:r>
    </w:p>
    <w:p>
      <w:pPr>
        <w:pStyle w:val="Recommendation"/>
        <w:keepNext/>
      </w:pPr>
      <w:r>
        <w:rPr>
          <w:b/>
        </w:rPr>
        <w:t xml:space="preserve">Recommended answer: </w:t>
      </w:r>
      <w:r>
        <w:t>Yes, for a unique unforeseen reason at Commissioner discretion. If the Commissioner is directly affected, use a league vote.</w:t>
      </w:r>
    </w:p>
    <w:p>
      <w:pPr>
        <w:pStyle w:val="AnswerLine"/>
      </w:pPr>
      <w:r>
        <w:rPr>
          <w:b/>
        </w:rPr>
        <w:t xml:space="preserve">Your answer: </w:t>
      </w:r>
      <w:r>
        <w:t>[ ] Approve recommendation     [ ] Use this answer: __________________________________________</w:t>
      </w:r>
    </w:p>
    <w:p>
      <w:pPr>
        <w:pStyle w:val="Question"/>
        <w:keepNext/>
      </w:pPr>
      <w:r>
        <w:t>78. What history does a replacement owner inherit?</w:t>
      </w:r>
    </w:p>
    <w:p>
      <w:pPr>
        <w:pStyle w:val="Recommendation"/>
        <w:keepNext/>
      </w:pPr>
      <w:r>
        <w:rPr>
          <w:b/>
        </w:rPr>
        <w:t xml:space="preserve">Recommended answer: </w:t>
      </w:r>
      <w:r>
        <w:t>The team's official records, rivalry results, points and eligibility for league-wide progressive achievements remain with the franchise.</w:t>
      </w:r>
    </w:p>
    <w:p>
      <w:pPr>
        <w:pStyle w:val="AnswerLine"/>
      </w:pPr>
      <w:r>
        <w:rPr>
          <w:b/>
        </w:rPr>
        <w:t xml:space="preserve">Your answer: </w:t>
      </w:r>
      <w:r>
        <w:t>[ ] Approve recommendation     [ ] Use this answer: __________________________________________</w:t>
      </w:r>
    </w:p>
    <w:p>
      <w:pPr>
        <w:pStyle w:val="Heading1"/>
        <w:keepNext/>
      </w:pPr>
      <w:r>
        <w:t>Acceptance and records</w:t>
      </w:r>
    </w:p>
    <w:p>
      <w:pPr>
        <w:spacing w:after="200"/>
      </w:pPr>
      <w:r>
        <w:t>Finish with proof that owners received the same rules.</w:t>
      </w:r>
    </w:p>
    <w:p>
      <w:pPr>
        <w:pStyle w:val="Question"/>
        <w:keepNext/>
      </w:pPr>
      <w:r>
        <w:t>79. How do owners accept the bylaws?</w:t>
      </w:r>
    </w:p>
    <w:p>
      <w:pPr>
        <w:pStyle w:val="Recommendation"/>
        <w:keepNext/>
      </w:pPr>
      <w:r>
        <w:rPr>
          <w:b/>
        </w:rPr>
        <w:t xml:space="preserve">Recommended answer: </w:t>
      </w:r>
      <w:r>
        <w:t>Written acceptance by email or the official league channel, stating that the owner has read and agrees to the current version.</w:t>
      </w:r>
    </w:p>
    <w:p>
      <w:pPr>
        <w:pStyle w:val="AnswerLine"/>
      </w:pPr>
      <w:r>
        <w:rPr>
          <w:b/>
        </w:rPr>
        <w:t xml:space="preserve">Your answer: </w:t>
      </w:r>
      <w:r>
        <w:t>[ ] Approve recommendation     [ ] Use this answer: __________________________________________</w:t>
      </w:r>
    </w:p>
    <w:p>
      <w:pPr>
        <w:pStyle w:val="Question"/>
        <w:keepNext/>
      </w:pPr>
      <w:r>
        <w:t>80. Where are payments, amendments and decisions recorded?</w:t>
      </w:r>
    </w:p>
    <w:p>
      <w:pPr>
        <w:pStyle w:val="Recommendation"/>
        <w:keepNext/>
      </w:pPr>
      <w:r>
        <w:rPr>
          <w:b/>
        </w:rPr>
        <w:t xml:space="preserve">Recommended answer: </w:t>
      </w:r>
      <w:r>
        <w:t>In a Commissioner-controlled register or shared sheet with dates, amounts, versions and decision outcomes.</w:t>
      </w:r>
    </w:p>
    <w:p>
      <w:pPr>
        <w:pStyle w:val="AnswerLine"/>
      </w:pPr>
      <w:r>
        <w:rPr>
          <w:b/>
        </w:rPr>
        <w:t xml:space="preserve">Your answer: </w:t>
      </w:r>
      <w:r>
        <w:t>[ ] Approve recommendation     [ ] Use this answer: __________________________________________</w:t>
      </w:r>
    </w:p>
    <w:p>
      <w:pPr>
        <w:pStyle w:val="Question"/>
        <w:keepNext/>
      </w:pPr>
      <w:r>
        <w:t>81. What supporting material should be attached?</w:t>
      </w:r>
    </w:p>
    <w:p>
      <w:pPr>
        <w:pStyle w:val="Recommendation"/>
        <w:keepNext/>
      </w:pPr>
      <w:r>
        <w:rPr>
          <w:b/>
        </w:rPr>
        <w:t xml:space="preserve">Recommended answer: </w:t>
      </w:r>
      <w:r>
        <w:t>Appendices for the complete scoring table, roster settings, tiebreakers and any platform screenshots required to verify the written rules.</w:t>
      </w:r>
    </w:p>
    <w:p>
      <w:pPr>
        <w:pStyle w:val="AnswerLine"/>
      </w:pPr>
      <w:r>
        <w:rPr>
          <w:b/>
        </w:rPr>
        <w:t xml:space="preserve">Your answer: </w:t>
      </w:r>
      <w:r>
        <w:t>[ ] Approve recommendation     [ ] Use this answer: __________________________________________</w:t>
      </w:r>
    </w:p>
    <w:p>
      <w:r>
        <w:br w:type="page"/>
      </w:r>
    </w:p>
    <w:p>
      <w:pPr>
        <w:pStyle w:val="Title"/>
      </w:pPr>
      <w:r>
        <w:t>Part Two Production Instructions</w:t>
      </w:r>
    </w:p>
    <w:p>
      <w:r>
        <w:t>These instructions are for the assistant creating the finished bylaws. Treat them as mandatory unless the Commissioner has written a clear override.</w:t>
      </w:r>
    </w:p>
    <w:p>
      <w:pPr>
        <w:spacing w:before="60" w:after="100"/>
      </w:pPr>
      <w:r>
        <w:rPr>
          <w:b/>
        </w:rPr>
        <w:t xml:space="preserve">1. Use the answers as authority. </w:t>
      </w:r>
      <w:r>
        <w:t>Apply every written answer. If blanket approval is selected, apply each recommended answer unless the Commissioner has entered a different answer for that question.</w:t>
      </w:r>
    </w:p>
    <w:p>
      <w:pPr>
        <w:spacing w:before="60" w:after="100"/>
      </w:pPr>
      <w:r>
        <w:rPr>
          <w:b/>
        </w:rPr>
        <w:t xml:space="preserve">2. Do not copy personal details. </w:t>
      </w:r>
      <w:r>
        <w:t>Do not include names, contact details, league names, jokes, dates or identifying information from any example bylaws. Use only the completed answers.</w:t>
      </w:r>
    </w:p>
    <w:p>
      <w:pPr>
        <w:spacing w:before="60" w:after="100"/>
      </w:pPr>
      <w:r>
        <w:rPr>
          <w:b/>
        </w:rPr>
        <w:t xml:space="preserve">3. Resolve uncertainty carefully. </w:t>
      </w:r>
      <w:r>
        <w:t>Do not invent material rules. Ask one consolidated set of follow-up questions for unresolved items that affect money, eligibility, ownership, sanctions, scoring, draft order, tiebreakers or playoff qualification.</w:t>
      </w:r>
    </w:p>
    <w:p>
      <w:pPr>
        <w:spacing w:before="60" w:after="100"/>
      </w:pPr>
      <w:r>
        <w:rPr>
          <w:b/>
        </w:rPr>
        <w:t xml:space="preserve">4. Flag conflicts. </w:t>
      </w:r>
      <w:r>
        <w:t>If answers conflict, identify the exact conflict and ask the Commissioner to choose. A written custom answer overrides a recommendation, but it does not silently override another custom answer.</w:t>
      </w:r>
    </w:p>
    <w:p>
      <w:pPr>
        <w:spacing w:before="60" w:after="100"/>
      </w:pPr>
      <w:r>
        <w:rPr>
          <w:b/>
        </w:rPr>
        <w:t xml:space="preserve">5. Run consistency checks. </w:t>
      </w:r>
      <w:r>
        <w:t>Check that team fees reconcile to the prize pool, payouts sum to the distributable pool, starting positions sum correctly, roster components equal the stated roster total, playoff seeds equal the number of qualifiers, and schedule weeks do not overlap incorrectly.</w:t>
      </w:r>
    </w:p>
    <w:p>
      <w:pPr>
        <w:spacing w:before="60" w:after="100"/>
      </w:pPr>
      <w:r>
        <w:rPr>
          <w:b/>
        </w:rPr>
        <w:t xml:space="preserve">6. Draft enforceable rules. </w:t>
      </w:r>
      <w:r>
        <w:t>Use clear duties, deadlines, decision-makers and consequences. Avoid vague filler. Preserve Commissioner discretion only where the answers authorise it.</w:t>
      </w:r>
    </w:p>
    <w:p>
      <w:pPr>
        <w:spacing w:before="60" w:after="100"/>
      </w:pPr>
      <w:r>
        <w:rPr>
          <w:b/>
        </w:rPr>
        <w:t xml:space="preserve">7. Use neutral language. </w:t>
      </w:r>
      <w:r>
        <w:t>Use Commissioner, Owner and Team. Use Australian English. Keep the tone firm, respectful and practical.</w:t>
      </w:r>
    </w:p>
    <w:p>
      <w:pPr>
        <w:spacing w:before="60" w:after="100"/>
      </w:pPr>
      <w:r>
        <w:rPr>
          <w:b/>
        </w:rPr>
        <w:t xml:space="preserve">8. Create a professional Word document. </w:t>
      </w:r>
      <w:r>
        <w:t>Return an editable DOCX with a title page, quick reference, contents, numbered articles and sections, consistent headings, readable tables, page numbers, version date and appendices.</w:t>
      </w:r>
    </w:p>
    <w:p>
      <w:pPr>
        <w:spacing w:before="60" w:after="100"/>
      </w:pPr>
      <w:r>
        <w:rPr>
          <w:b/>
        </w:rPr>
        <w:t xml:space="preserve">9. Keep the final document clean. </w:t>
      </w:r>
      <w:r>
        <w:t>Do not include the questionnaire, drafting notes, placeholders, unresolved alternatives or these production instructions in the finished bylaws.</w:t>
      </w:r>
    </w:p>
    <w:p>
      <w:pPr>
        <w:spacing w:before="60" w:after="100"/>
      </w:pPr>
      <w:r>
        <w:rPr>
          <w:b/>
        </w:rPr>
        <w:t xml:space="preserve">10. Provide a separate review note. </w:t>
      </w:r>
      <w:r>
        <w:t>Alongside the DOCX, list any assumptions, unresolved questions, mathematical corrections or platform settings that still need confirmation. Do not hide them inside the bylaws.</w:t>
      </w:r>
    </w:p>
    <w:p>
      <w:pPr>
        <w:pStyle w:val="Heading1"/>
      </w:pPr>
      <w:r>
        <w:t>Required output structure</w:t>
      </w:r>
    </w:p>
    <w:p>
      <w:pPr>
        <w:pStyle w:val="ListBullet"/>
      </w:pPr>
      <w:r>
        <w:t>Title page with league name, sport, format, effective date and version</w:t>
      </w:r>
    </w:p>
    <w:p>
      <w:pPr>
        <w:pStyle w:val="ListBullet"/>
      </w:pPr>
      <w:r>
        <w:t>One-page quick reference covering fees, roster, scoring highlights, deadlines and playoffs</w:t>
      </w:r>
    </w:p>
    <w:p>
      <w:pPr>
        <w:pStyle w:val="ListBullet"/>
      </w:pPr>
      <w:r>
        <w:t>Contents page</w:t>
      </w:r>
    </w:p>
    <w:p>
      <w:pPr>
        <w:pStyle w:val="ListBullet"/>
      </w:pPr>
      <w:r>
        <w:t>Opening statement and owner acceptance</w:t>
      </w:r>
    </w:p>
    <w:p>
      <w:pPr>
        <w:pStyle w:val="ListBullet"/>
      </w:pPr>
      <w:r>
        <w:t>Numbered articles and sections based on Part Three</w:t>
      </w:r>
    </w:p>
    <w:p>
      <w:pPr>
        <w:pStyle w:val="ListBullet"/>
      </w:pPr>
      <w:r>
        <w:t>Appendices for detailed scoring, platform settings and amendment history</w:t>
      </w:r>
    </w:p>
    <w:p>
      <w:pPr>
        <w:pStyle w:val="ListBullet"/>
      </w:pPr>
      <w:r>
        <w:t>Separate Commissioner review note, not embedded in the bylaws</w:t>
      </w:r>
    </w:p>
    <w:p>
      <w:pPr>
        <w:pStyle w:val="Heading1"/>
      </w:pPr>
      <w:r>
        <w:t>Final validation checklist</w:t>
      </w:r>
    </w:p>
    <w:p>
      <w:pPr>
        <w:pStyle w:val="ListBullet"/>
      </w:pPr>
      <w:r>
        <w:t>[ ] No identifying information from the example league remains.</w:t>
      </w:r>
    </w:p>
    <w:p>
      <w:pPr>
        <w:pStyle w:val="ListBullet"/>
      </w:pPr>
      <w:r>
        <w:t>[ ] All placeholders have been replaced or deliberately removed.</w:t>
      </w:r>
    </w:p>
    <w:p>
      <w:pPr>
        <w:pStyle w:val="ListBullet"/>
      </w:pPr>
      <w:r>
        <w:t>[ ] Fees multiplied by paying teams match the stated gross pool.</w:t>
      </w:r>
    </w:p>
    <w:p>
      <w:pPr>
        <w:pStyle w:val="ListBullet"/>
      </w:pPr>
      <w:r>
        <w:t>[ ] Payouts plus disclosed fees match the distributable pool.</w:t>
      </w:r>
    </w:p>
    <w:p>
      <w:pPr>
        <w:pStyle w:val="ListBullet"/>
      </w:pPr>
      <w:r>
        <w:t>[ ] Starters, bench, IR and taxi counts match all stated totals.</w:t>
      </w:r>
    </w:p>
    <w:p>
      <w:pPr>
        <w:pStyle w:val="ListBullet"/>
      </w:pPr>
      <w:r>
        <w:t>[ ] Every playoff seed and consolation place is accounted for.</w:t>
      </w:r>
    </w:p>
    <w:p>
      <w:pPr>
        <w:pStyle w:val="ListBullet"/>
      </w:pPr>
      <w:r>
        <w:t>[ ] Trade, waiver and draft dates use one time zone and do not contradict each other.</w:t>
      </w:r>
    </w:p>
    <w:p>
      <w:pPr>
        <w:pStyle w:val="ListBullet"/>
      </w:pPr>
      <w:r>
        <w:t>[ ] Sanctions identify who decides, what triggers them and whether notice is required.</w:t>
      </w:r>
    </w:p>
    <w:p>
      <w:pPr>
        <w:pStyle w:val="ListBullet"/>
      </w:pPr>
      <w:r>
        <w:t>[ ] Full scoring settings match the platform, including negative values.</w:t>
      </w:r>
    </w:p>
    <w:p>
      <w:pPr>
        <w:pStyle w:val="ListBullet"/>
      </w:pPr>
      <w:r>
        <w:t>[ ] The version date appears consistently and the amendment record is ready for future changes.</w:t>
      </w:r>
    </w:p>
    <w:p>
      <w:r>
        <w:br w:type="page"/>
      </w:r>
    </w:p>
    <w:p>
      <w:pPr>
        <w:pStyle w:val="Title"/>
      </w:pPr>
      <w:r>
        <w:t>Part Three Neutral Bylaws Template</w:t>
      </w:r>
    </w:p>
    <w:p>
      <w:r>
        <w:t>This is the structure the assistant should use to draft the finished document. Bracketed text is a drafting placeholder and must not remain in the final bylaws.</w:t>
      </w:r>
    </w:p>
    <w:p>
      <w:pPr>
        <w:pStyle w:val="Heading2"/>
        <w:keepNext/>
      </w:pPr>
      <w:r>
        <w:t>Title Page</w:t>
      </w:r>
    </w:p>
    <w:p>
      <w:pPr>
        <w:pStyle w:val="TemplateText"/>
        <w:keepLines/>
      </w:pPr>
      <w:r>
        <w:t>[LEAGUE NAME] BYLAWS</w:t>
        <w:br/>
        <w:t>[SPORT AND FORMAT]</w:t>
        <w:br/>
        <w:t>Effective [DATE OR SEASON] | Version [VERSION]</w:t>
        <w:br/>
        <w:t>Commissioner: [NAME OR ROLE] | Contact: [METHOD]</w:t>
      </w:r>
    </w:p>
    <w:p>
      <w:pPr>
        <w:pStyle w:val="Heading2"/>
        <w:keepNext/>
      </w:pPr>
      <w:r>
        <w:t>Quick Reference</w:t>
      </w:r>
    </w:p>
    <w:p>
      <w:pPr>
        <w:pStyle w:val="TemplateText"/>
        <w:keepLines/>
      </w:pPr>
      <w:r>
        <w:t>Summarise [TEAM COUNT], [DIVISION FORMAT], [ANNUAL FEE], [PAYMENT DEADLINE], [ROSTER TOTAL], [STARTERS], [SCORING HIGHLIGHTS], [TRADE DEADLINE], [WAIVER SYSTEM], [PLAYOFF TEAMS], [PLAYOFF WEEKS] and [PRIZES]. Include only rules confirmed in Part One.</w:t>
      </w:r>
    </w:p>
    <w:p>
      <w:pPr>
        <w:pStyle w:val="Heading2"/>
        <w:keepNext/>
      </w:pPr>
      <w:r>
        <w:t>Contents</w:t>
      </w:r>
    </w:p>
    <w:p>
      <w:pPr>
        <w:pStyle w:val="TemplateText"/>
        <w:keepLines/>
      </w:pPr>
      <w:r>
        <w:t>List every article, section and appendix. Use automatic Word heading levels and page numbers where possible.</w:t>
      </w:r>
    </w:p>
    <w:p>
      <w:pPr>
        <w:pStyle w:val="Heading1"/>
      </w:pPr>
      <w:r>
        <w:t>Opening and Acceptance</w:t>
      </w:r>
    </w:p>
    <w:p>
      <w:pPr>
        <w:pStyle w:val="Heading2"/>
        <w:keepNext/>
      </w:pPr>
      <w:r>
        <w:t>Purpose</w:t>
      </w:r>
    </w:p>
    <w:p>
      <w:pPr>
        <w:pStyle w:val="TemplateText"/>
        <w:keepLines/>
      </w:pPr>
      <w:r>
        <w:t>These bylaws establish the administration, competitive rules and owner obligations of [LEAGUE NAME]. They apply from [EFFECTIVE DATE] and replace earlier versions unless an amendment states otherwise.</w:t>
      </w:r>
    </w:p>
    <w:p>
      <w:pPr>
        <w:pStyle w:val="Heading2"/>
        <w:keepNext/>
      </w:pPr>
      <w:r>
        <w:t>Acceptance</w:t>
      </w:r>
    </w:p>
    <w:p>
      <w:pPr>
        <w:pStyle w:val="TemplateText"/>
        <w:keepLines/>
      </w:pPr>
      <w:r>
        <w:t>Each Owner must confirm in writing that they have received, read and accepted the current bylaws. Continued participation after an approved amendment constitutes acceptance where permitted by these rules.</w:t>
      </w:r>
    </w:p>
    <w:p>
      <w:pPr>
        <w:pStyle w:val="Heading1"/>
      </w:pPr>
      <w:r>
        <w:t>Article One Administration</w:t>
      </w:r>
    </w:p>
    <w:p>
      <w:pPr>
        <w:pStyle w:val="Heading2"/>
        <w:keepNext/>
      </w:pPr>
      <w:r>
        <w:t>Section 1 Commissioner Authority</w:t>
      </w:r>
    </w:p>
    <w:p>
      <w:pPr>
        <w:pStyle w:val="TemplateText"/>
        <w:keepLines/>
      </w:pPr>
      <w:r>
        <w:t>State the Commissioner's powers, duty to apply the rules consistently, best-interests authority and conflict-of-interest process.</w:t>
      </w:r>
    </w:p>
    <w:p>
      <w:pPr>
        <w:pStyle w:val="Heading2"/>
        <w:keepNext/>
      </w:pPr>
      <w:r>
        <w:t>Section 2 League Values and Conduct</w:t>
      </w:r>
    </w:p>
    <w:p>
      <w:pPr>
        <w:pStyle w:val="TemplateText"/>
        <w:keepLines/>
      </w:pPr>
      <w:r>
        <w:t>Set the respect, anti-abuse, anti-discrimination and dispute-escalation standards.</w:t>
      </w:r>
    </w:p>
    <w:p>
      <w:pPr>
        <w:pStyle w:val="Heading2"/>
        <w:keepNext/>
      </w:pPr>
      <w:r>
        <w:t>Section 3 League Composition</w:t>
      </w:r>
    </w:p>
    <w:p>
      <w:pPr>
        <w:pStyle w:val="TemplateText"/>
        <w:keepLines/>
      </w:pPr>
      <w:r>
        <w:t>State team count, divisions, division reshuffling, ownership limits and co-owner responsibilities.</w:t>
      </w:r>
    </w:p>
    <w:p>
      <w:pPr>
        <w:pStyle w:val="Heading2"/>
        <w:keepNext/>
      </w:pPr>
      <w:r>
        <w:t>Section 4 Platform and Team Identity</w:t>
      </w:r>
    </w:p>
    <w:p>
      <w:pPr>
        <w:pStyle w:val="TemplateText"/>
        <w:keepLines/>
      </w:pPr>
      <w:r>
        <w:t>Name the host platform and requirements for team names, icons and platform profiles.</w:t>
      </w:r>
    </w:p>
    <w:p>
      <w:pPr>
        <w:pStyle w:val="Heading2"/>
        <w:keepNext/>
      </w:pPr>
      <w:r>
        <w:t>Section 5 Communication and Voting</w:t>
      </w:r>
    </w:p>
    <w:p>
      <w:pPr>
        <w:pStyle w:val="TemplateText"/>
        <w:keepLines/>
      </w:pPr>
      <w:r>
        <w:t>Name the official channel, notification duties, response expectations, required polls and vote procedures.</w:t>
      </w:r>
    </w:p>
    <w:p>
      <w:pPr>
        <w:pStyle w:val="Heading2"/>
        <w:keepNext/>
      </w:pPr>
      <w:r>
        <w:t>Section 6 Fees and Payment Deadlines</w:t>
      </w:r>
    </w:p>
    <w:p>
      <w:pPr>
        <w:pStyle w:val="TemplateText"/>
        <w:keepLines/>
      </w:pPr>
      <w:r>
        <w:t>State entry fee, annual fee, currency, due date, accepted payment methods, advance payment and late-payment consequences.</w:t>
      </w:r>
    </w:p>
    <w:p>
      <w:pPr>
        <w:pStyle w:val="Heading2"/>
        <w:keepNext/>
      </w:pPr>
      <w:r>
        <w:t>Section 7 Retainers and Departures</w:t>
      </w:r>
    </w:p>
    <w:p>
      <w:pPr>
        <w:pStyle w:val="TemplateText"/>
        <w:keepLines/>
      </w:pPr>
      <w:r>
        <w:t>Explain the ownership bond, notice period, refund conditions, replacement deadline and use of retained funds.</w:t>
      </w:r>
    </w:p>
    <w:p>
      <w:pPr>
        <w:pStyle w:val="Heading2"/>
        <w:keepNext/>
      </w:pPr>
      <w:r>
        <w:t>Section 8 Prize Pool and Payouts</w:t>
      </w:r>
    </w:p>
    <w:p>
      <w:pPr>
        <w:pStyle w:val="TemplateText"/>
        <w:keepLines/>
      </w:pPr>
      <w:r>
        <w:t>State the gross pool, deductions, each prize, payment timing, transaction fees and treatment of future dues.</w:t>
      </w:r>
    </w:p>
    <w:p>
      <w:pPr>
        <w:pStyle w:val="Heading2"/>
        <w:keepNext/>
      </w:pPr>
      <w:r>
        <w:t>Section 9 Ownership Changes</w:t>
      </w:r>
    </w:p>
    <w:p>
      <w:pPr>
        <w:pStyle w:val="TemplateText"/>
        <w:keepLines/>
      </w:pPr>
      <w:r>
        <w:t>Set Commissioner vetting, replacement-owner payment, credits, franchise history and prohibited direct transfers.</w:t>
      </w:r>
    </w:p>
    <w:p>
      <w:pPr>
        <w:pStyle w:val="Heading2"/>
        <w:keepNext/>
      </w:pPr>
      <w:r>
        <w:t>Section 10 Activity and Lineups</w:t>
      </w:r>
    </w:p>
    <w:p>
      <w:pPr>
        <w:pStyle w:val="TemplateText"/>
        <w:keepLines/>
      </w:pPr>
      <w:r>
        <w:t>Define lineup deadlines, login expectations, contact attempts, playoff inactivity and escalating sanctions.</w:t>
      </w:r>
    </w:p>
    <w:p>
      <w:pPr>
        <w:pStyle w:val="Heading2"/>
        <w:keepNext/>
      </w:pPr>
      <w:r>
        <w:t>Section 11 Rule Changes</w:t>
      </w:r>
    </w:p>
    <w:p>
      <w:pPr>
        <w:pStyle w:val="TemplateText"/>
        <w:keepLines/>
      </w:pPr>
      <w:r>
        <w:t>Explain when proposals are considered, how votes work, what threshold applies and how amendments are recorded.</w:t>
      </w:r>
    </w:p>
    <w:p>
      <w:pPr>
        <w:pStyle w:val="Heading2"/>
        <w:keepNext/>
      </w:pPr>
      <w:r>
        <w:t>Section 12 Commissioner Replacement</w:t>
      </w:r>
    </w:p>
    <w:p>
      <w:pPr>
        <w:pStyle w:val="TemplateText"/>
        <w:keepLines/>
      </w:pPr>
      <w:r>
        <w:t>State the replacement threshold, frequency, candidate requirements and transition of records and funds.</w:t>
      </w:r>
    </w:p>
    <w:p>
      <w:pPr>
        <w:pStyle w:val="Heading2"/>
        <w:keepNext/>
      </w:pPr>
      <w:r>
        <w:t>Section 13 League Closure</w:t>
      </w:r>
    </w:p>
    <w:p>
      <w:pPr>
        <w:pStyle w:val="TemplateText"/>
        <w:keepLines/>
      </w:pPr>
      <w:r>
        <w:t>Explain how remaining funds, retainers, records and platform control are distributed or closed.</w:t>
      </w:r>
    </w:p>
    <w:p>
      <w:pPr>
        <w:pStyle w:val="Heading1"/>
      </w:pPr>
      <w:r>
        <w:t>Article Two Competitive Integrity</w:t>
      </w:r>
    </w:p>
    <w:p>
      <w:pPr>
        <w:pStyle w:val="Heading2"/>
        <w:keepNext/>
      </w:pPr>
      <w:r>
        <w:t>Section 1 Team Management</w:t>
      </w:r>
    </w:p>
    <w:p>
      <w:pPr>
        <w:pStyle w:val="TemplateText"/>
        <w:keepLines/>
      </w:pPr>
      <w:r>
        <w:t>Owners may manage their teams independently, subject to these bylaws and the duty to maintain a valid lineup.</w:t>
      </w:r>
    </w:p>
    <w:p>
      <w:pPr>
        <w:pStyle w:val="Heading2"/>
        <w:keepNext/>
      </w:pPr>
      <w:r>
        <w:t>Section 2 Tanking</w:t>
      </w:r>
    </w:p>
    <w:p>
      <w:pPr>
        <w:pStyle w:val="TemplateText"/>
        <w:keepLines/>
      </w:pPr>
      <w:r>
        <w:t>State whether rebuilding or tanking is allowed, the active-player requirement, how questionable lineups are reviewed and the available sanctions.</w:t>
      </w:r>
    </w:p>
    <w:p>
      <w:pPr>
        <w:pStyle w:val="Heading2"/>
        <w:keepNext/>
      </w:pPr>
      <w:r>
        <w:t>Section 3 Collusion and External Consideration</w:t>
      </w:r>
    </w:p>
    <w:p>
      <w:pPr>
        <w:pStyle w:val="TemplateText"/>
        <w:keepLines/>
      </w:pPr>
      <w:r>
        <w:t>Prohibit coordinated manipulation and any value exchanged outside this league. State the investigation and sanction process.</w:t>
      </w:r>
    </w:p>
    <w:p>
      <w:pPr>
        <w:pStyle w:val="Heading1"/>
      </w:pPr>
      <w:r>
        <w:t>Article Three Trading</w:t>
      </w:r>
    </w:p>
    <w:p>
      <w:pPr>
        <w:pStyle w:val="Heading2"/>
        <w:keepNext/>
      </w:pPr>
      <w:r>
        <w:t>Section 1 Trade Approval</w:t>
      </w:r>
    </w:p>
    <w:p>
      <w:pPr>
        <w:pStyle w:val="TemplateText"/>
        <w:keepLines/>
      </w:pPr>
      <w:r>
        <w:t>State whether trades process automatically, use a veto or receive Commissioner review. Define the limited grounds for intervention.</w:t>
      </w:r>
    </w:p>
    <w:p>
      <w:pPr>
        <w:pStyle w:val="Heading2"/>
        <w:keepNext/>
      </w:pPr>
      <w:r>
        <w:t>Section 2 Confirmation and Finality</w:t>
      </w:r>
    </w:p>
    <w:p>
      <w:pPr>
        <w:pStyle w:val="TemplateText"/>
        <w:keepLines/>
      </w:pPr>
      <w:r>
        <w:t>Define when a trade is final and how errors, conditional terms or disputed confirmations are handled.</w:t>
      </w:r>
    </w:p>
    <w:p>
      <w:pPr>
        <w:pStyle w:val="Heading2"/>
        <w:keepNext/>
      </w:pPr>
      <w:r>
        <w:t>Section 3 Trade Window</w:t>
      </w:r>
    </w:p>
    <w:p>
      <w:pPr>
        <w:pStyle w:val="TemplateText"/>
        <w:keepLines/>
      </w:pPr>
      <w:r>
        <w:t>State the deadline, closed period and reopening date in the nominated time zone.</w:t>
      </w:r>
    </w:p>
    <w:p>
      <w:pPr>
        <w:pStyle w:val="Heading2"/>
        <w:keepNext/>
      </w:pPr>
      <w:r>
        <w:t>Section 4 Tradeable Assets</w:t>
      </w:r>
    </w:p>
    <w:p>
      <w:pPr>
        <w:pStyle w:val="TemplateText"/>
        <w:keepLines/>
      </w:pPr>
      <w:r>
        <w:t>List players, picks and any other permitted assets. State whether division places or startup positions may be traded.</w:t>
      </w:r>
    </w:p>
    <w:p>
      <w:pPr>
        <w:pStyle w:val="Heading2"/>
        <w:keepNext/>
      </w:pPr>
      <w:r>
        <w:t>Section 5 Future Picks and Payment</w:t>
      </w:r>
    </w:p>
    <w:p>
      <w:pPr>
        <w:pStyle w:val="TemplateText"/>
        <w:keepLines/>
      </w:pPr>
      <w:r>
        <w:t>State the maximum future draft horizon and the payment required before a future pick may move.</w:t>
      </w:r>
    </w:p>
    <w:p>
      <w:pPr>
        <w:pStyle w:val="Heading2"/>
        <w:keepNext/>
      </w:pPr>
      <w:r>
        <w:t>Section 6 Trade Communication</w:t>
      </w:r>
    </w:p>
    <w:p>
      <w:pPr>
        <w:pStyle w:val="TemplateText"/>
        <w:keepLines/>
      </w:pPr>
      <w:r>
        <w:t>Set the response period and the expectation to accept, reject or acknowledge an offer.</w:t>
      </w:r>
    </w:p>
    <w:p>
      <w:pPr>
        <w:pStyle w:val="Heading1"/>
      </w:pPr>
      <w:r>
        <w:t>Article Four Rosters and Scoring</w:t>
      </w:r>
    </w:p>
    <w:p>
      <w:pPr>
        <w:pStyle w:val="Heading2"/>
        <w:keepNext/>
      </w:pPr>
      <w:r>
        <w:t>Section 1 Roster Limits</w:t>
      </w:r>
    </w:p>
    <w:p>
      <w:pPr>
        <w:pStyle w:val="TemplateText"/>
        <w:keepLines/>
      </w:pPr>
      <w:r>
        <w:t>State active roster, starting lineup, bench, IR, taxi and total roster counts. Confirm whether kicker, team defence and IDP positions apply.</w:t>
      </w:r>
    </w:p>
    <w:p>
      <w:pPr>
        <w:pStyle w:val="Heading2"/>
        <w:keepNext/>
      </w:pPr>
      <w:r>
        <w:t>Section 2 Injured Reserve</w:t>
      </w:r>
    </w:p>
    <w:p>
      <w:pPr>
        <w:pStyle w:val="TemplateText"/>
        <w:keepLines/>
      </w:pPr>
      <w:r>
        <w:t>List eligible platform designations, activation duties, compliance deadlines and treatment of designation changes.</w:t>
      </w:r>
    </w:p>
    <w:p>
      <w:pPr>
        <w:pStyle w:val="Heading2"/>
        <w:keepNext/>
      </w:pPr>
      <w:r>
        <w:t>Section 3 Taxi Squad</w:t>
      </w:r>
    </w:p>
    <w:p>
      <w:pPr>
        <w:pStyle w:val="TemplateText"/>
        <w:keepLines/>
      </w:pPr>
      <w:r>
        <w:t>State capacity, player eligibility, promotion and demotion rules, deadlines and acquired-player exceptions.</w:t>
      </w:r>
    </w:p>
    <w:p>
      <w:pPr>
        <w:pStyle w:val="Heading2"/>
        <w:keepNext/>
      </w:pPr>
      <w:r>
        <w:t>Section 4 Scoring</w:t>
      </w:r>
    </w:p>
    <w:p>
      <w:pPr>
        <w:pStyle w:val="TemplateText"/>
        <w:keepLines/>
      </w:pPr>
      <w:r>
        <w:t>State the key scoring principles and refer to Appendix A for every offensive, special teams and IDP scoring value.</w:t>
      </w:r>
    </w:p>
    <w:p>
      <w:pPr>
        <w:pStyle w:val="Heading2"/>
        <w:keepNext/>
      </w:pPr>
      <w:r>
        <w:t>Section 5 Roster Compliance</w:t>
      </w:r>
    </w:p>
    <w:p>
      <w:pPr>
        <w:pStyle w:val="TemplateText"/>
        <w:keepLines/>
      </w:pPr>
      <w:r>
        <w:t>Explain illegal-roster restrictions and any temporary post-draft grace period.</w:t>
      </w:r>
    </w:p>
    <w:p>
      <w:pPr>
        <w:pStyle w:val="Heading1"/>
      </w:pPr>
      <w:r>
        <w:t>Article Five Schedule and Playoffs</w:t>
      </w:r>
    </w:p>
    <w:p>
      <w:pPr>
        <w:pStyle w:val="Heading2"/>
        <w:keepNext/>
      </w:pPr>
      <w:r>
        <w:t>Section 1 Regular Season</w:t>
      </w:r>
    </w:p>
    <w:p>
      <w:pPr>
        <w:pStyle w:val="TemplateText"/>
        <w:keepLines/>
      </w:pPr>
      <w:r>
        <w:t>State the number of weeks, schedule generation, division games and any additional matchup against the league median.</w:t>
      </w:r>
    </w:p>
    <w:p>
      <w:pPr>
        <w:pStyle w:val="Heading2"/>
        <w:keepNext/>
      </w:pPr>
      <w:r>
        <w:t>Section 2 Standings and Tiebreakers</w:t>
      </w:r>
    </w:p>
    <w:p>
      <w:pPr>
        <w:pStyle w:val="TemplateText"/>
        <w:keepLines/>
      </w:pPr>
      <w:r>
        <w:t>List the exact standings and seed tiebreakers in order. Match the platform settings.</w:t>
      </w:r>
    </w:p>
    <w:p>
      <w:pPr>
        <w:pStyle w:val="Heading2"/>
        <w:keepNext/>
      </w:pPr>
      <w:r>
        <w:t>Section 3 Championship Qualification</w:t>
      </w:r>
    </w:p>
    <w:p>
      <w:pPr>
        <w:pStyle w:val="TemplateText"/>
        <w:keepLines/>
      </w:pPr>
      <w:r>
        <w:t>State the number of qualifiers and how division winners, wild cards and seeds are selected.</w:t>
      </w:r>
    </w:p>
    <w:p>
      <w:pPr>
        <w:pStyle w:val="Heading2"/>
        <w:keepNext/>
      </w:pPr>
      <w:r>
        <w:t>Section 4 Championship Bracket</w:t>
      </w:r>
    </w:p>
    <w:p>
      <w:pPr>
        <w:pStyle w:val="TemplateText"/>
        <w:keepLines/>
      </w:pPr>
      <w:r>
        <w:t>Describe every round, matchup, bye, reseeding rule, week and championship prize.</w:t>
      </w:r>
    </w:p>
    <w:p>
      <w:pPr>
        <w:pStyle w:val="Heading2"/>
        <w:keepNext/>
      </w:pPr>
      <w:r>
        <w:t>Section 5 Consolation Competition</w:t>
      </w:r>
    </w:p>
    <w:p>
      <w:pPr>
        <w:pStyle w:val="TemplateText"/>
        <w:keepLines/>
      </w:pPr>
      <w:r>
        <w:t>State eligibility, start week, bracket rules, prize and effect on rookie draft order.</w:t>
      </w:r>
    </w:p>
    <w:p>
      <w:pPr>
        <w:pStyle w:val="Heading1"/>
      </w:pPr>
      <w:r>
        <w:t>Article Six Waivers and Free Agency</w:t>
      </w:r>
    </w:p>
    <w:p>
      <w:pPr>
        <w:pStyle w:val="Heading2"/>
        <w:keepNext/>
      </w:pPr>
      <w:r>
        <w:t>Section 1 Waiver System</w:t>
      </w:r>
    </w:p>
    <w:p>
      <w:pPr>
        <w:pStyle w:val="TemplateText"/>
        <w:keepLines/>
      </w:pPr>
      <w:r>
        <w:t>Name the system and annual budget or priority method.</w:t>
      </w:r>
    </w:p>
    <w:p>
      <w:pPr>
        <w:pStyle w:val="Heading2"/>
        <w:keepNext/>
      </w:pPr>
      <w:r>
        <w:t>Section 2 In Season Processing</w:t>
      </w:r>
    </w:p>
    <w:p>
      <w:pPr>
        <w:pStyle w:val="TemplateText"/>
        <w:keepLines/>
      </w:pPr>
      <w:r>
        <w:t>State processing day and time, first come first served window, game-time locks and tie handling.</w:t>
      </w:r>
    </w:p>
    <w:p>
      <w:pPr>
        <w:pStyle w:val="Heading2"/>
        <w:keepNext/>
      </w:pPr>
      <w:r>
        <w:t>Section 3 Offseason Processing</w:t>
      </w:r>
    </w:p>
    <w:p>
      <w:pPr>
        <w:pStyle w:val="TemplateText"/>
        <w:keepLines/>
      </w:pPr>
      <w:r>
        <w:t>State daily or weekly processing, locks during league events and annual reset timing.</w:t>
      </w:r>
    </w:p>
    <w:p>
      <w:pPr>
        <w:pStyle w:val="Heading2"/>
        <w:keepNext/>
      </w:pPr>
      <w:r>
        <w:t>Section 4 Eliminated Teams</w:t>
      </w:r>
    </w:p>
    <w:p>
      <w:pPr>
        <w:pStyle w:val="TemplateText"/>
        <w:keepLines/>
      </w:pPr>
      <w:r>
        <w:t>State whether eliminated teams retain waiver access and any limits.</w:t>
      </w:r>
    </w:p>
    <w:p>
      <w:pPr>
        <w:pStyle w:val="Heading1"/>
      </w:pPr>
      <w:r>
        <w:t>Article Seven Drafts</w:t>
      </w:r>
    </w:p>
    <w:p>
      <w:pPr>
        <w:pStyle w:val="Heading2"/>
        <w:keepNext/>
      </w:pPr>
      <w:r>
        <w:t>Section 1 Draft Types</w:t>
      </w:r>
    </w:p>
    <w:p>
      <w:pPr>
        <w:pStyle w:val="TemplateText"/>
        <w:keepLines/>
      </w:pPr>
      <w:r>
        <w:t>List startup, rookie, supplemental and auction drafts that apply.</w:t>
      </w:r>
    </w:p>
    <w:p>
      <w:pPr>
        <w:pStyle w:val="Heading2"/>
        <w:keepNext/>
      </w:pPr>
      <w:r>
        <w:t>Section 2 Draft Order</w:t>
      </w:r>
    </w:p>
    <w:p>
      <w:pPr>
        <w:pStyle w:val="TemplateText"/>
        <w:keepLines/>
      </w:pPr>
      <w:r>
        <w:t>State how order is set for playoff and non-playoff teams, traded picks and any consolation prize pick.</w:t>
      </w:r>
    </w:p>
    <w:p>
      <w:pPr>
        <w:pStyle w:val="Heading2"/>
        <w:keepNext/>
      </w:pPr>
      <w:r>
        <w:t>Section 3 Draft Clock</w:t>
      </w:r>
    </w:p>
    <w:p>
      <w:pPr>
        <w:pStyle w:val="TemplateText"/>
        <w:keepLines/>
      </w:pPr>
      <w:r>
        <w:t>State the pick limit, overnight pause, time zone, notification duties and missed-pick process.</w:t>
      </w:r>
    </w:p>
    <w:p>
      <w:pPr>
        <w:pStyle w:val="Heading2"/>
        <w:keepNext/>
      </w:pPr>
      <w:r>
        <w:t>Section 4 Rookie Draft</w:t>
      </w:r>
    </w:p>
    <w:p>
      <w:pPr>
        <w:pStyle w:val="TemplateText"/>
        <w:keepLines/>
      </w:pPr>
      <w:r>
        <w:t>State the number of rounds, player eligibility, date window and pick ownership rules.</w:t>
      </w:r>
    </w:p>
    <w:p>
      <w:pPr>
        <w:pStyle w:val="Heading2"/>
        <w:keepNext/>
      </w:pPr>
      <w:r>
        <w:t>Section 5 Post Draft Compliance</w:t>
      </w:r>
    </w:p>
    <w:p>
      <w:pPr>
        <w:pStyle w:val="TemplateText"/>
        <w:keepLines/>
      </w:pPr>
      <w:r>
        <w:t>State the temporary roster-limit suspension and exact deadline for compliance.</w:t>
      </w:r>
    </w:p>
    <w:p>
      <w:pPr>
        <w:pStyle w:val="Heading1"/>
      </w:pPr>
      <w:r>
        <w:t>Article Eight Orphans and Compensatory Picks</w:t>
      </w:r>
    </w:p>
    <w:p>
      <w:pPr>
        <w:pStyle w:val="Heading2"/>
        <w:keepNext/>
      </w:pPr>
      <w:r>
        <w:t>Section 1 Orphan Teams</w:t>
      </w:r>
    </w:p>
    <w:p>
      <w:pPr>
        <w:pStyle w:val="TemplateText"/>
        <w:keepLines/>
      </w:pPr>
      <w:r>
        <w:t>State recruitment, vetting, entry payment, inherited records and any limits on Commissioner incentives.</w:t>
      </w:r>
    </w:p>
    <w:p>
      <w:pPr>
        <w:pStyle w:val="Heading2"/>
        <w:keepNext/>
      </w:pPr>
      <w:r>
        <w:t>Section 2 Retirement Compensation</w:t>
      </w:r>
    </w:p>
    <w:p>
      <w:pPr>
        <w:pStyle w:val="TemplateText"/>
        <w:keepLines/>
      </w:pPr>
      <w:r>
        <w:t>State whether retirement creates automatic compensation.</w:t>
      </w:r>
    </w:p>
    <w:p>
      <w:pPr>
        <w:pStyle w:val="Heading2"/>
        <w:keepNext/>
      </w:pPr>
      <w:r>
        <w:t>Section 3 Special Compensation</w:t>
      </w:r>
    </w:p>
    <w:p>
      <w:pPr>
        <w:pStyle w:val="TemplateText"/>
        <w:keepLines/>
      </w:pPr>
      <w:r>
        <w:t>Define when a special pick may be awarded, who decides and how conflicts are handled.</w:t>
      </w:r>
    </w:p>
    <w:p>
      <w:pPr>
        <w:pStyle w:val="Heading1"/>
      </w:pPr>
      <w:r>
        <w:t>Article Nine Best Interests and Amendments</w:t>
      </w:r>
    </w:p>
    <w:p>
      <w:pPr>
        <w:pStyle w:val="Heading2"/>
        <w:keepNext/>
      </w:pPr>
      <w:r>
        <w:t>Section 1 Unforeseen Circumstances</w:t>
      </w:r>
    </w:p>
    <w:p>
      <w:pPr>
        <w:pStyle w:val="TemplateText"/>
        <w:keepLines/>
      </w:pPr>
      <w:r>
        <w:t>Authorise a proportionate Commissioner ruling when the bylaws provide no remedy, subject to the conflict process.</w:t>
      </w:r>
    </w:p>
    <w:p>
      <w:pPr>
        <w:pStyle w:val="Heading2"/>
        <w:keepNext/>
      </w:pPr>
      <w:r>
        <w:t>Section 2 Finality and Review</w:t>
      </w:r>
    </w:p>
    <w:p>
      <w:pPr>
        <w:pStyle w:val="TemplateText"/>
        <w:keepLines/>
      </w:pPr>
      <w:r>
        <w:t>State when a decision is final, whether owners may request review, and the deadline for doing so.</w:t>
      </w:r>
    </w:p>
    <w:p>
      <w:pPr>
        <w:pStyle w:val="Heading2"/>
        <w:keepNext/>
      </w:pPr>
      <w:r>
        <w:t>Section 3 Amendment Record</w:t>
      </w:r>
    </w:p>
    <w:p>
      <w:pPr>
        <w:pStyle w:val="TemplateText"/>
        <w:keepLines/>
      </w:pPr>
      <w:r>
        <w:t>Record amendment number, date, affected sections, decision method and effective date.</w:t>
      </w:r>
    </w:p>
    <w:p>
      <w:pPr>
        <w:pStyle w:val="Heading1"/>
      </w:pPr>
      <w:r>
        <w:t>Closing</w:t>
      </w:r>
    </w:p>
    <w:p>
      <w:pPr>
        <w:pStyle w:val="Heading2"/>
        <w:keepNext/>
      </w:pPr>
      <w:r>
        <w:t>Owner Acknowledgement</w:t>
      </w:r>
    </w:p>
    <w:p>
      <w:pPr>
        <w:pStyle w:val="TemplateText"/>
        <w:keepLines/>
      </w:pPr>
      <w:r>
        <w:t>I confirm that I have read and agree to the [LEAGUE NAME] Bylaws, version [VERSION], effective [DATE].</w:t>
        <w:br/>
        <w:t>Owner: [NAME]   Team: [TEAM]   Date: [DATE]   Acceptance method: [EMAIL OR OFFICIAL CHANNEL]</w:t>
      </w:r>
    </w:p>
    <w:p>
      <w:pPr>
        <w:pStyle w:val="Heading1"/>
      </w:pPr>
      <w:r>
        <w:t>Appendices</w:t>
      </w:r>
    </w:p>
    <w:p>
      <w:pPr>
        <w:pStyle w:val="Heading2"/>
        <w:keepNext/>
      </w:pPr>
      <w:r>
        <w:t>Appendix A Complete Scoring</w:t>
      </w:r>
    </w:p>
    <w:p>
      <w:pPr>
        <w:pStyle w:val="TemplateText"/>
        <w:keepLines/>
      </w:pPr>
      <w:r>
        <w:t>Insert a verified table of every platform scoring category and value, including negative scoring.</w:t>
      </w:r>
    </w:p>
    <w:p>
      <w:pPr>
        <w:pStyle w:val="Heading2"/>
        <w:keepNext/>
      </w:pPr>
      <w:r>
        <w:t>Appendix B Roster and Platform Settings</w:t>
      </w:r>
    </w:p>
    <w:p>
      <w:pPr>
        <w:pStyle w:val="TemplateText"/>
        <w:keepLines/>
      </w:pPr>
      <w:r>
        <w:t>Insert the confirmed position limits, starter slots, IR and taxi eligibility, waiver configuration and trade settings.</w:t>
      </w:r>
    </w:p>
    <w:p>
      <w:pPr>
        <w:pStyle w:val="Heading2"/>
        <w:keepNext/>
      </w:pPr>
      <w:r>
        <w:t>Appendix C Amendment History</w:t>
      </w:r>
    </w:p>
    <w:p>
      <w:pPr>
        <w:pStyle w:val="TemplateText"/>
        <w:keepLines/>
      </w:pPr>
      <w:r>
        <w:t>Use columns for version, date, section, change, approval method and effective date.</w:t>
      </w:r>
    </w:p>
    <w:p>
      <w:pPr>
        <w:pStyle w:val="Heading2"/>
        <w:keepNext/>
      </w:pPr>
      <w:r>
        <w:t>Appendix D Commissioner Records</w:t>
      </w:r>
    </w:p>
    <w:p>
      <w:pPr>
        <w:pStyle w:val="TemplateText"/>
        <w:keepLines/>
      </w:pPr>
      <w:r>
        <w:t>List the location of the payment register, owner acceptance record and decision log. Do not publish private banking information.</w:t>
      </w:r>
    </w:p>
    <w:sectPr w:rsidR="00FC693F" w:rsidRPr="0006063C" w:rsidSect="00034616">
      <w:headerReference w:type="default" r:id="rId9"/>
      <w:footerReference w:type="default" r:id="rId10"/>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5B6573"/>
        <w:sz w:val="16"/>
      </w:rPr>
      <w:t xml:space="preserve">LeagueFinder.au commissioner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B6573"/>
        <w:sz w:val="16"/>
      </w:rPr>
      <w:t>LEAGUEFINDER.AU  |  COMMISSIONER BYLAWS BUILDER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basedOn w:val="Normal"/>
    <w:pPr>
      <w:spacing w:before="140" w:after="40"/>
    </w:pPr>
    <w:rPr>
      <w:rFonts w:ascii="Aptos" w:hAnsi="Aptos"/>
      <w:b/>
      <w:color w:val="000000"/>
      <w:sz w:val="21"/>
    </w:rPr>
  </w:style>
  <w:style w:type="paragraph" w:customStyle="1" w:styleId="OptionLine">
    <w:name w:val="Option Line"/>
    <w:basedOn w:val="Normal"/>
    <w:pPr>
      <w:spacing w:before="0" w:after="40"/>
    </w:pPr>
    <w:rPr>
      <w:rFonts w:ascii="Aptos" w:hAnsi="Aptos"/>
      <w:b w:val="0"/>
      <w:color w:val="5B6573"/>
      <w:sz w:val="19"/>
    </w:rPr>
  </w:style>
  <w:style w:type="paragraph" w:customStyle="1" w:styleId="Recommendation">
    <w:name w:val="Recommendation"/>
    <w:basedOn w:val="Normal"/>
    <w:pPr>
      <w:spacing w:before="0" w:after="40"/>
    </w:pPr>
    <w:rPr>
      <w:rFonts w:ascii="Aptos" w:hAnsi="Aptos"/>
      <w:b w:val="0"/>
      <w:color w:val="17365D"/>
      <w:sz w:val="19"/>
    </w:rPr>
  </w:style>
  <w:style w:type="paragraph" w:customStyle="1" w:styleId="AnswerLine">
    <w:name w:val="Answer Line"/>
    <w:basedOn w:val="Normal"/>
    <w:pPr>
      <w:spacing w:before="0" w:after="100"/>
    </w:pPr>
    <w:rPr>
      <w:rFonts w:ascii="Aptos" w:hAnsi="Aptos"/>
      <w:b w:val="0"/>
      <w:color w:val="222222"/>
      <w:sz w:val="19"/>
    </w:rPr>
  </w:style>
  <w:style w:type="paragraph" w:customStyle="1" w:styleId="Guidance">
    <w:name w:val="Guidance"/>
    <w:basedOn w:val="Normal"/>
    <w:pPr>
      <w:spacing w:before="0" w:after="100"/>
    </w:pPr>
    <w:rPr>
      <w:rFonts w:ascii="Aptos" w:hAnsi="Aptos"/>
      <w:b w:val="0"/>
      <w:color w:val="5B6573"/>
      <w:sz w:val="18"/>
    </w:rPr>
  </w:style>
  <w:style w:type="paragraph" w:customStyle="1" w:styleId="TemplateText">
    <w:name w:val="Template Text"/>
    <w:basedOn w:val="Normal"/>
    <w:pPr>
      <w:spacing w:before="0" w:after="120"/>
    </w:pPr>
    <w:rPr>
      <w:rFonts w:ascii="Aptos" w:hAnsi="Aptos"/>
      <w:b w:val="0"/>
      <w:color w:val="222222"/>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LeagueFinder Commissioner Bylaws Builder</dc:title>
  <dc:subject>Guided questionnaire and neutral fantasy league bylaws template</dc:subject>
  <dc:creator>LeagueFinder.au</dc:creator>
  <cp:keywords>fantasy league, commissioner, bylaws, template, LeagueFinder</cp:keywords>
  <dc:description>generated by python-docx</dc:description>
  <cp:lastModifiedBy/>
  <cp:revision>1</cp:revision>
  <dcterms:created xsi:type="dcterms:W3CDTF">2013-12-23T23:15:00Z</dcterms:created>
  <dcterms:modified xsi:type="dcterms:W3CDTF">2013-12-23T23:15:00Z</dcterms:modified>
  <cp:category/>
</cp:coreProperties>
</file>