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rPr>
          <w:b/>
        </w:rPr>
        <w:t>LEAGUEFINDER.AU  •  DISPUTE RESOLUTION PLAYBOOK 03</w:t>
      </w:r>
    </w:p>
    <w:p>
      <w:pPr>
        <w:pStyle w:val="Title"/>
      </w:pPr>
      <w:r>
        <w:t>Waiver &amp; Draft Process Error</w:t>
      </w:r>
    </w:p>
    <w:p>
      <w:r>
        <w:rPr>
          <w:rFonts w:ascii="Aptos" w:hAnsi="Aptos"/>
          <w:color w:val="5B6573"/>
          <w:sz w:val="26"/>
        </w:rPr>
        <w:t>Reconstruct the process before deciding whether anything should be undone.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232"/>
        <w:gridCol w:w="7560"/>
      </w:tblGrid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League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[ENTER LEAGUE NAME]</w:t>
            </w:r>
          </w:p>
        </w:tc>
      </w:tr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Case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[ENTER SHORT CASE NAME]</w:t>
            </w:r>
          </w:p>
        </w:tc>
      </w:tr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Prepared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[NAME / ROLE AND DATE]</w:t>
            </w:r>
          </w:p>
        </w:tc>
      </w:tr>
    </w:tbl>
    <w:p>
      <w:pPr>
        <w:pStyle w:val="Heading1"/>
      </w:pPr>
      <w:r>
        <w:t>How to use</w:t>
      </w:r>
    </w:p>
    <w:p>
      <w:pPr>
        <w:pStyle w:val="ListBullet"/>
        <w:spacing w:after="50"/>
      </w:pPr>
      <w:r>
        <w:t>Write your answers in this document. Use facts, dates and exact wording rather than conclusions.</w:t>
      </w:r>
    </w:p>
    <w:p>
      <w:pPr>
        <w:pStyle w:val="ListBullet"/>
        <w:spacing w:after="50"/>
      </w:pPr>
      <w:r>
        <w:t>Attach or paste the relevant bylaws, screenshots, platform logs and messages. Remove private information that is not needed.</w:t>
      </w:r>
    </w:p>
    <w:p>
      <w:pPr>
        <w:pStyle w:val="ListBullet"/>
        <w:spacing w:after="50"/>
      </w:pPr>
      <w:r>
        <w:t>Upload the completed document and evidence to your chosen AI assistant, then paste the instruction on page 3.</w:t>
      </w:r>
    </w:p>
    <w:p>
      <w:pPr>
        <w:pStyle w:val="ListBullet"/>
        <w:spacing w:after="50"/>
      </w:pPr>
      <w:r>
        <w:t>Review the proposed ruling yourself. The Commissioner remains responsible for the decision and communication.</w:t>
      </w:r>
    </w:p>
    <w:p>
      <w:pPr>
        <w:pStyle w:val="Heading2"/>
      </w:pPr>
      <w:r>
        <w:t>Decision principle</w:t>
      </w:r>
    </w:p>
    <w:p>
      <w:pPr>
        <w:keepLines/>
      </w:pPr>
      <w:r>
        <w:t>The aim is to restore the position that most closely matches the published process without creating a second advantage. Timestamps, settings, bid privacy and downstream moves matter more than hindsight.</w:t>
      </w:r>
    </w:p>
    <w:p>
      <w:pPr>
        <w:pStyle w:val="Heading2"/>
      </w:pPr>
      <w:r>
        <w:t>Case at a glance</w:t>
      </w:r>
    </w:p>
    <w:p>
      <w:pPr>
        <w:pStyle w:val="FormLine"/>
      </w:pPr>
      <w:r>
        <w:rPr>
          <w:b/>
        </w:rPr>
        <w:t xml:space="preserve">Teams or managers involved: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Season / week / round: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Decision required by: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Current status: </w:t>
      </w:r>
      <w:r>
        <w:t>[ ] Paused   [ ] Action completed   [ ] Result pending</w:t>
      </w:r>
    </w:p>
    <w:p>
      <w:r>
        <w:br w:type="page"/>
      </w:r>
    </w:p>
    <w:p>
      <w:pPr>
        <w:pStyle w:val="Title"/>
      </w:pPr>
      <w:r>
        <w:t>Build the case</w:t>
      </w:r>
    </w:p>
    <w:p>
      <w:pPr>
        <w:spacing w:after="100"/>
      </w:pPr>
      <w:r>
        <w:t>Answer what you can. Write “unknown” where evidence is missing; do not guess.</w:t>
      </w:r>
    </w:p>
    <w:p>
      <w:pPr>
        <w:pStyle w:val="Question"/>
        <w:keepNext/>
      </w:pPr>
      <w:r>
        <w:rPr>
          <w:b/>
        </w:rPr>
        <w:t>1. Was this a waiver, FAAB, free-agent, draft-pick or Commissioner-entry issue? Describe exactly what occurred.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2. What outcome did the platform produce, and what outcome does the complaining manager say should have occurred?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3. List the relevant timestamps: claim or bid, processing time, pick clock, message and discovery of the issue.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4. What did the bylaws, draft instructions and live platform settings require at that moment?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5. Was the cause a platform fault, unclear setup, Commissioner action, user mistake or unavailable access?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6. What confidential information is now known, including losing bids, queues, priorities or intended selections?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7. Which later picks, drops, adds, trades or bids relied on the original outcome?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8. Have similar mistakes been corrected before? If so, how quickly and by what method?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9. Can the exact pre-error state be restored without disadvantaging uninvolved managers?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10. Does the Commissioner benefit, and what remedy does each affected manager request?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Heading2"/>
      </w:pPr>
      <w:r>
        <w:t>Evidence included</w:t>
      </w:r>
    </w:p>
    <w:p>
      <w:pPr>
        <w:pStyle w:val="Small"/>
      </w:pPr>
      <w:r>
        <w:t xml:space="preserve">Tick or name the files:  </w:t>
      </w:r>
      <w:r>
        <w:t>[ ] transaction/draft log   [ ] platform settings   [ ] timestamps   [ ] relevant bylaws   [ ] support response or outage notice   [ ] downstream moves</w:t>
      </w:r>
    </w:p>
    <w:p>
      <w:pPr>
        <w:pStyle w:val="Small"/>
      </w:pPr>
      <w:r>
        <w:t>Other evidence: __________________________________________________________________________</w:t>
      </w:r>
    </w:p>
    <w:p>
      <w:r>
        <w:br w:type="page"/>
      </w:r>
    </w:p>
    <w:p>
      <w:pPr>
        <w:pStyle w:val="Title"/>
      </w:pPr>
      <w:r>
        <w:t>Instruction for your AI assistant</w:t>
      </w:r>
    </w:p>
    <w:p>
      <w:r>
        <w:t>Paste the following message after uploading this completed playbook and its evidence.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10" w:color="17365D"/>
          <w:left w:val="single" w:sz="10" w:color="17365D"/>
          <w:bottom w:val="single" w:sz="10" w:color="17365D"/>
          <w:right w:val="single" w:sz="10" w:color="17365D"/>
          <w:insideH w:val="single" w:sz="10" w:color="17365D"/>
          <w:insideV w:val="single" w:sz="10" w:color="17365D"/>
        </w:tblBorders>
      </w:tblPr>
      <w:tblGrid>
        <w:gridCol w:w="9864"/>
      </w:tblGrid>
      <w:tr>
        <w:tc>
          <w:tcPr>
            <w:tcW w:type="dxa" w:w="10166"/>
            <w:shd w:fill="F5F8FC"/>
            <w:tcMar>
              <w:top w:w="155" w:type="dxa"/>
              <w:start w:w="155" w:type="dxa"/>
              <w:bottom w:w="155" w:type="dxa"/>
              <w:end w:w="155" w:type="dxa"/>
            </w:tcMar>
          </w:tcPr>
          <w:p>
            <w:r>
              <w:t>Act as a neutral fantasy league dispute analyst. Review this completed LeagueFinder.au Waiver &amp; Draft Process Error playbook and every attached item. Do not give generic commissioner advice. Decide this specific case from the supplied evidence.</w:t>
            </w:r>
          </w:p>
          <w:p>
            <w:pPr>
              <w:pStyle w:val="Prompt"/>
            </w:pPr>
            <w:r/>
          </w:p>
          <w:p>
            <w:pPr>
              <w:pStyle w:val="Prompt"/>
            </w:pPr>
            <w:r>
              <w:t>1. Separate verified facts, disputed claims and unknowns.</w:t>
            </w:r>
          </w:p>
          <w:p>
            <w:pPr>
              <w:pStyle w:val="Prompt"/>
            </w:pPr>
            <w:r>
              <w:t>2. Apply the written bylaws first, then the live platform settings, consistent prior rulings and finally a narrow fairness principle where the rules are silent.</w:t>
            </w:r>
          </w:p>
          <w:p>
            <w:pPr>
              <w:pStyle w:val="Prompt"/>
            </w:pPr>
            <w:r>
              <w:t>3. Identify any conflict of interest and say who should make the final decision.</w:t>
            </w:r>
          </w:p>
          <w:p>
            <w:pPr>
              <w:pStyle w:val="Prompt"/>
            </w:pPr>
            <w:r>
              <w:t>4. Give one recommended ruling, the remedy, its effective time and any consequences that should not be reversed.</w:t>
            </w:r>
          </w:p>
          <w:p>
            <w:pPr>
              <w:pStyle w:val="Prompt"/>
            </w:pPr>
            <w:r>
              <w:t>5. Draft a concise message the Commissioner can send to the league.</w:t>
            </w:r>
          </w:p>
          <w:p>
            <w:pPr>
              <w:pStyle w:val="Prompt"/>
            </w:pPr>
            <w:r>
              <w:t>6. Suggest one future bylaw amendment, clearly separated from the current ruling.</w:t>
            </w:r>
          </w:p>
          <w:p>
            <w:pPr>
              <w:pStyle w:val="Prompt"/>
            </w:pPr>
            <w:r>
              <w:t>7. If critical evidence is missing, ask only the minimum questions needed before ruling. Do not invent facts or rules.</w:t>
            </w:r>
          </w:p>
        </w:tc>
      </w:tr>
    </w:tbl>
    <w:p>
      <w:pPr>
        <w:pStyle w:val="Heading2"/>
      </w:pPr>
      <w:r>
        <w:t>Topic-specific guardrails</w:t>
      </w:r>
    </w:p>
    <w:p>
      <w:pPr>
        <w:pStyle w:val="ListBullet"/>
        <w:spacing w:after="50"/>
      </w:pPr>
      <w:r>
        <w:t>Do not reveal sealed bids or private queues unless essential to the review.</w:t>
      </w:r>
    </w:p>
    <w:p>
      <w:pPr>
        <w:pStyle w:val="ListBullet"/>
        <w:spacing w:after="50"/>
      </w:pPr>
      <w:r>
        <w:t>Do not give a manager a risk-free redo after later information became available.</w:t>
      </w:r>
    </w:p>
    <w:p>
      <w:pPr>
        <w:pStyle w:val="ListBullet"/>
        <w:spacing w:after="50"/>
      </w:pPr>
      <w:r>
        <w:t>Prefer a narrow correction; unwind downstream activity only when necessary and practical.</w:t>
      </w:r>
    </w:p>
    <w:p>
      <w:pPr>
        <w:pStyle w:val="Heading2"/>
      </w:pPr>
      <w:r>
        <w:t>Required response</w:t>
      </w:r>
    </w:p>
    <w:p>
      <w:pPr>
        <w:pStyle w:val="Small"/>
      </w:pPr>
      <w:r>
        <w:rPr>
          <w:b/>
        </w:rPr>
        <w:t xml:space="preserve">Ask the assistant to use these headings: </w:t>
      </w:r>
      <w:r>
        <w:t>Case summary • Verified facts • Disputed or missing facts • Applicable rules • Analysis • Ruling • Remedy and timing • League message • Future rule amendment</w:t>
      </w:r>
    </w:p>
    <w:p>
      <w:pPr>
        <w:pStyle w:val="Heading2"/>
      </w:pPr>
      <w:r>
        <w:t>Commissioner's decision record</w:t>
      </w:r>
    </w:p>
    <w:p>
      <w:pPr>
        <w:pStyle w:val="FormLine"/>
      </w:pPr>
      <w:r>
        <w:rPr>
          <w:b/>
        </w:rPr>
        <w:t xml:space="preserve">Final decision: </w:t>
      </w:r>
      <w:r>
        <w:t>_______________________________________________________________________</w:t>
      </w:r>
    </w:p>
    <w:p>
      <w:pPr>
        <w:pStyle w:val="FormLine"/>
      </w:pPr>
      <w:r>
        <w:rPr>
          <w:b/>
        </w:rPr>
        <w:t xml:space="preserve">Decision-maker and conflicts disclosed: </w:t>
      </w:r>
      <w:r>
        <w:t>_______________________________________________________</w:t>
      </w:r>
    </w:p>
    <w:p>
      <w:pPr>
        <w:pStyle w:val="FormLine"/>
      </w:pPr>
      <w:r>
        <w:rPr>
          <w:b/>
        </w:rPr>
        <w:t xml:space="preserve">Date communicated / effective: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Bylaw amendment to consider later: </w:t>
      </w:r>
      <w:r>
        <w:t>_________________________________________________________</w:t>
      </w:r>
    </w:p>
    <w:p>
      <w:pPr>
        <w:spacing w:before="120"/>
      </w:pPr>
      <w:r>
        <w:rPr>
          <w:rFonts w:ascii="Aptos" w:hAnsi="Aptos"/>
          <w:i/>
          <w:color w:val="5B6573"/>
          <w:sz w:val="16"/>
        </w:rPr>
        <w:t>Keep the original evidence, the AI response and the final ruling together. Consistent records make future disputes easier to resolve.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37" w:bottom="835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B6573"/>
        <w:sz w:val="15"/>
      </w:rPr>
      <w:t>A practical commissioner tool  •  Keep the completed file with the league decision record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7365D"/>
        <w:sz w:val="16"/>
      </w:rPr>
      <w:t>LEAGUEFINDER.AU  |  DISPUTE PLAYBOOK 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Aptos" w:hAnsi="Aptos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basedOn w:val="Normal"/>
    <w:pPr>
      <w:spacing w:before="0" w:after="80"/>
    </w:pPr>
    <w:rPr>
      <w:rFonts w:ascii="Aptos" w:hAnsi="Aptos"/>
      <w:color w:val="17365D"/>
      <w:sz w:val="18"/>
    </w:rPr>
  </w:style>
  <w:style w:type="paragraph" w:customStyle="1" w:styleId="FormLine">
    <w:name w:val="Form Line"/>
    <w:basedOn w:val="Normal"/>
    <w:pPr>
      <w:spacing w:before="0" w:after="40"/>
    </w:pPr>
    <w:rPr>
      <w:rFonts w:ascii="Aptos" w:hAnsi="Aptos"/>
      <w:color w:val="222222"/>
      <w:sz w:val="18"/>
    </w:rPr>
  </w:style>
  <w:style w:type="paragraph" w:customStyle="1" w:styleId="Question">
    <w:name w:val="Question"/>
    <w:basedOn w:val="Normal"/>
    <w:pPr>
      <w:spacing w:before="60" w:after="20"/>
    </w:pPr>
    <w:rPr>
      <w:rFonts w:ascii="Aptos" w:hAnsi="Aptos"/>
      <w:color w:val="222222"/>
      <w:sz w:val="18"/>
    </w:rPr>
  </w:style>
  <w:style w:type="paragraph" w:customStyle="1" w:styleId="AnswerLine">
    <w:name w:val="Answer Line"/>
    <w:basedOn w:val="Normal"/>
    <w:pPr>
      <w:spacing w:before="0" w:after="60"/>
    </w:pPr>
    <w:rPr>
      <w:rFonts w:ascii="Aptos" w:hAnsi="Aptos"/>
      <w:color w:val="5B6573"/>
      <w:sz w:val="17"/>
    </w:rPr>
  </w:style>
  <w:style w:type="paragraph" w:customStyle="1" w:styleId="Prompt">
    <w:name w:val="Prompt"/>
    <w:basedOn w:val="Normal"/>
    <w:pPr>
      <w:spacing w:before="0" w:after="80"/>
    </w:pPr>
    <w:rPr>
      <w:rFonts w:ascii="Aptos" w:hAnsi="Aptos"/>
      <w:color w:val="222222"/>
      <w:sz w:val="18"/>
    </w:rPr>
  </w:style>
  <w:style w:type="paragraph" w:customStyle="1" w:styleId="Small">
    <w:name w:val="Small"/>
    <w:basedOn w:val="Normal"/>
    <w:pPr>
      <w:spacing w:before="0" w:after="40"/>
    </w:pPr>
    <w:rPr>
      <w:rFonts w:ascii="Aptos" w:hAnsi="Aptos"/>
      <w:color w:val="5B657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